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3E7" w:rsidRDefault="00222C4D">
      <w:pPr>
        <w:pStyle w:val="Tytu"/>
        <w:jc w:val="center"/>
      </w:pPr>
      <w:r>
        <w:t>STATUT</w:t>
      </w:r>
    </w:p>
    <w:p w:rsidR="006703E7" w:rsidRDefault="00222C4D">
      <w:pPr>
        <w:pStyle w:val="Nagwek2"/>
      </w:pPr>
      <w:r>
        <w:t>PRZEDSZKOLA SAMORZĄDOWEGO NR 2 W PASŁĘKU</w:t>
      </w:r>
    </w:p>
    <w:p w:rsidR="006703E7" w:rsidRDefault="00222C4D">
      <w:pPr>
        <w:pStyle w:val="Nagwek2"/>
      </w:pPr>
      <w:r>
        <w:t>TEKST JEDNOLITY – 2026</w:t>
      </w:r>
    </w:p>
    <w:p w:rsidR="006703E7" w:rsidRDefault="00222C4D">
      <w:r>
        <w:t>opracowany na podstawie dotychczasowego Statutu z uwzględnieniem stanu prawnego na 21 września 2026 r.</w:t>
      </w:r>
    </w:p>
    <w:p w:rsidR="006703E7" w:rsidRDefault="00222C4D">
      <w:r>
        <w:t xml:space="preserve">Przyjęty uchwałą Rady Pedagogicznej nr </w:t>
      </w:r>
      <w:r w:rsidR="00FA77AA">
        <w:t>2</w:t>
      </w:r>
      <w:r>
        <w:t>/2026</w:t>
      </w:r>
      <w:r w:rsidR="00FA77AA">
        <w:t>/2027</w:t>
      </w:r>
      <w:r>
        <w:t xml:space="preserve"> z dnia </w:t>
      </w:r>
      <w:r w:rsidR="00FA77AA">
        <w:t>8.10.</w:t>
      </w:r>
      <w:r>
        <w:t>2026 r.</w:t>
      </w:r>
    </w:p>
    <w:p w:rsidR="006703E7" w:rsidRDefault="00222C4D">
      <w:r>
        <w:t xml:space="preserve">Obowiązuje od dnia </w:t>
      </w:r>
      <w:r w:rsidR="00FA77AA">
        <w:t>9.10.</w:t>
      </w:r>
      <w:r>
        <w:t>2026 r.</w:t>
      </w:r>
    </w:p>
    <w:p w:rsidR="006703E7" w:rsidRDefault="00222C4D">
      <w:pPr>
        <w:pStyle w:val="Nagwek2"/>
      </w:pPr>
      <w:r>
        <w:t>PODSTAWA PRAWNA</w:t>
      </w:r>
    </w:p>
    <w:p w:rsidR="006703E7" w:rsidRDefault="00222C4D">
      <w:r>
        <w:t>• ustawa z dnia 14 grudnia 2016 r. – Prawo oświatowe (tekst jednolity ogłoszony w Dz.U. z 2026 r. poz. 820, z późn. zm.);</w:t>
      </w:r>
    </w:p>
    <w:p w:rsidR="006703E7" w:rsidRDefault="00222C4D">
      <w:r>
        <w:t>• ustawa z dnia 7 września 1991 r. o systemie oświaty – w aktualnym brzmieniu;</w:t>
      </w:r>
    </w:p>
    <w:p w:rsidR="006703E7" w:rsidRDefault="00222C4D">
      <w:r>
        <w:t>• ustawa z dnia 26 stycznia 1982 r. – Karta Nauczyciela (tekst jednolity ogłoszony w Dz.U. z 2026 r. poz. 515, z późn. zm.);</w:t>
      </w:r>
    </w:p>
    <w:p w:rsidR="006703E7" w:rsidRDefault="00222C4D">
      <w:r>
        <w:t>• ustawa z dnia 27 października 2017 r. o finansowaniu zadań oświatowych – w aktualnym brzmieniu;</w:t>
      </w:r>
    </w:p>
    <w:p w:rsidR="006703E7" w:rsidRDefault="00222C4D">
      <w:r>
        <w:t>• ustawa z dnia 13 maja 2016 r. o przeciwdziałaniu zagrożeniom przestępczością na tle seksualnym i ochronie małoletnich – w aktualnym brzmieniu;</w:t>
      </w:r>
    </w:p>
    <w:p w:rsidR="006703E7" w:rsidRDefault="00222C4D">
      <w:r>
        <w:t>• rozporządzenie Ministra Edukacji z dnia 11 marca 2026 r. w sprawie podstawy programowej wychowania przedszkolnego oraz podstawy programowej kształcenia ogólnego dla szkoły podstawowej (Dz.U. z 2026 r. poz. 378), zmienione rozporządzeniem z dnia 8 lipca 2026 r. (Dz.U. z 2026 r. poz. 958), obowiązujące od 1 września 2026 r.;</w:t>
      </w:r>
    </w:p>
    <w:p w:rsidR="006703E7" w:rsidRDefault="00222C4D">
      <w:r>
        <w:t>• rozporządzenie Ministra Edukacji Narodowej z dnia 28 lutego 2019 r. w sprawie szczegółowej organizacji publicznych szkół i publicznych przedszkoli – w aktualnym brzmieniu, w tym ze zmianami z 2026 r. (Dz.U. z 2026 r. poz. 130 i poz. 1090);</w:t>
      </w:r>
    </w:p>
    <w:p w:rsidR="006703E7" w:rsidRDefault="00222C4D">
      <w:r>
        <w:t>• rozporządzenie w sprawie zasad organizacji i udzielania pomocy psychologiczno-pedagogicznej w publicznych przedszkolach, szkołach i placówkach – w aktualnym brzmieniu;</w:t>
      </w:r>
    </w:p>
    <w:p w:rsidR="006703E7" w:rsidRDefault="00222C4D">
      <w:r>
        <w:t>• rozporządzenie w sprawie warunków organizowania kształcenia, wychowania i opieki dla dzieci i młodzieży niepełnosprawnych, niedostosowanych społecznie i zagrożonych niedostosowaniem społecznym – w aktualnym brzmieniu;</w:t>
      </w:r>
    </w:p>
    <w:p w:rsidR="006703E7" w:rsidRDefault="00222C4D">
      <w:r>
        <w:t>• rozporządzenie w sprawie bezpieczeństwa i higieny w publicznych i niepublicznych szkołach i pla</w:t>
      </w:r>
      <w:r w:rsidR="00472F2B">
        <w:t>cówkach – w aktualnym brzmieniu.</w:t>
      </w:r>
    </w:p>
    <w:p w:rsidR="00222C4D" w:rsidRDefault="00222C4D">
      <w:pPr>
        <w:pStyle w:val="Nagwek2"/>
      </w:pPr>
    </w:p>
    <w:p w:rsidR="00222C4D" w:rsidRDefault="00222C4D">
      <w:pPr>
        <w:pStyle w:val="Nagwek2"/>
      </w:pPr>
    </w:p>
    <w:p w:rsidR="00222C4D" w:rsidRDefault="00222C4D">
      <w:pPr>
        <w:pStyle w:val="Nagwek2"/>
      </w:pPr>
    </w:p>
    <w:p w:rsidR="00FA77AA" w:rsidRDefault="00FA77AA">
      <w:pPr>
        <w:pStyle w:val="Nagwek2"/>
      </w:pPr>
    </w:p>
    <w:p w:rsidR="006703E7" w:rsidRDefault="00222C4D">
      <w:pPr>
        <w:pStyle w:val="Nagwek2"/>
      </w:pPr>
      <w:r>
        <w:t>STATUT</w:t>
      </w:r>
    </w:p>
    <w:p w:rsidR="006703E7" w:rsidRDefault="00222C4D">
      <w:r>
        <w:t>PRZEDSZKOLA SAMORZĄDOWEGO NR 2 W PASŁĘKU</w:t>
      </w:r>
    </w:p>
    <w:p w:rsidR="006703E7" w:rsidRDefault="00222C4D">
      <w:pPr>
        <w:pStyle w:val="Nagwek1"/>
      </w:pPr>
      <w:r>
        <w:t>I NAZWA</w:t>
      </w:r>
    </w:p>
    <w:p w:rsidR="006703E7" w:rsidRDefault="00222C4D">
      <w:pPr>
        <w:pStyle w:val="Nagwek1"/>
      </w:pPr>
      <w:r>
        <w:t>§ 1.</w:t>
      </w:r>
    </w:p>
    <w:p w:rsidR="006703E7" w:rsidRDefault="00222C4D">
      <w:r>
        <w:t>1. Nazwa brzmi: Przedszkole Samorządowe nr 2</w:t>
      </w:r>
    </w:p>
    <w:p w:rsidR="006703E7" w:rsidRDefault="00222C4D">
      <w:r>
        <w:t>• przedszkole publiczne</w:t>
      </w:r>
    </w:p>
    <w:p w:rsidR="006703E7" w:rsidRDefault="00222C4D">
      <w:r>
        <w:t>• Przedszkole Samorządowe Nr 2</w:t>
      </w:r>
    </w:p>
    <w:p w:rsidR="006703E7" w:rsidRDefault="00222C4D">
      <w:r>
        <w:t>• Siedziba przedszkola znajduje się w Pasłęku przy ul. Gdańska nr 17</w:t>
      </w:r>
    </w:p>
    <w:p w:rsidR="006703E7" w:rsidRDefault="00222C4D">
      <w:r>
        <w:t>• adres e-mail: przedszkolepp2@wp.pl</w:t>
      </w:r>
    </w:p>
    <w:p w:rsidR="006703E7" w:rsidRDefault="00222C4D">
      <w:r>
        <w:t>• strona www.przedszkolepp2paslek.szkolnastrona.pl</w:t>
      </w:r>
    </w:p>
    <w:p w:rsidR="006703E7" w:rsidRDefault="00222C4D">
      <w:r>
        <w:t>2. Organem prowadzącym Przedszkole jest Gmina Pasłęk.</w:t>
      </w:r>
    </w:p>
    <w:p w:rsidR="006703E7" w:rsidRDefault="00222C4D">
      <w:r>
        <w:t>3. Nadzór pedagogiczny nad Przedszkolem sprawuje Warmińsko-Mazurski Kurator Oświaty.</w:t>
      </w:r>
    </w:p>
    <w:p w:rsidR="006703E7" w:rsidRDefault="00222C4D">
      <w:r>
        <w:t>4. Na pieczęciach używa się nazwy:</w:t>
      </w:r>
    </w:p>
    <w:p w:rsidR="006703E7" w:rsidRDefault="00222C4D">
      <w:r>
        <w:t>Przedszkole Samorządowe Nr 2</w:t>
      </w:r>
    </w:p>
    <w:p w:rsidR="006703E7" w:rsidRDefault="00222C4D">
      <w:r>
        <w:t>14-400 Pasłęk</w:t>
      </w:r>
    </w:p>
    <w:p w:rsidR="006703E7" w:rsidRDefault="00222C4D">
      <w:r>
        <w:t>ul. Gdańska 17</w:t>
      </w:r>
    </w:p>
    <w:p w:rsidR="006703E7" w:rsidRDefault="00222C4D">
      <w:r>
        <w:t>tel. 55 2483013</w:t>
      </w:r>
    </w:p>
    <w:p w:rsidR="006703E7" w:rsidRDefault="00222C4D">
      <w:r>
        <w:t>NIP 578-10-62-227 REGON 170019134</w:t>
      </w:r>
    </w:p>
    <w:p w:rsidR="006703E7" w:rsidRDefault="00222C4D">
      <w:r>
        <w:t>5. Na fakturach otrzymywanych przez placówkę podaje się:</w:t>
      </w:r>
    </w:p>
    <w:p w:rsidR="006703E7" w:rsidRDefault="00222C4D">
      <w:r>
        <w:t>Gmina Pasłęk</w:t>
      </w:r>
    </w:p>
    <w:p w:rsidR="006703E7" w:rsidRDefault="00222C4D">
      <w:r>
        <w:t>Plac św. Wojciecha 5</w:t>
      </w:r>
    </w:p>
    <w:p w:rsidR="006703E7" w:rsidRDefault="00222C4D">
      <w:r>
        <w:t>14-400 Pasłęk</w:t>
      </w:r>
    </w:p>
    <w:p w:rsidR="006703E7" w:rsidRDefault="00222C4D">
      <w:r>
        <w:t>NIP Gminy: 578-30-52-813</w:t>
      </w:r>
    </w:p>
    <w:p w:rsidR="006703E7" w:rsidRDefault="00222C4D">
      <w:r>
        <w:t>Przedszkole Samorządowe Nr 2</w:t>
      </w:r>
    </w:p>
    <w:p w:rsidR="006703E7" w:rsidRDefault="00222C4D">
      <w:r>
        <w:t>14-400 Pasłęk</w:t>
      </w:r>
    </w:p>
    <w:p w:rsidR="006703E7" w:rsidRDefault="00222C4D">
      <w:r>
        <w:t>ul. Gdańska 17</w:t>
      </w:r>
    </w:p>
    <w:p w:rsidR="006703E7" w:rsidRDefault="00222C4D">
      <w:pPr>
        <w:pStyle w:val="Nagwek1"/>
      </w:pPr>
      <w:r>
        <w:lastRenderedPageBreak/>
        <w:t>§ 2.</w:t>
      </w:r>
    </w:p>
    <w:p w:rsidR="006703E7" w:rsidRDefault="00222C4D">
      <w:r>
        <w:t>Ilekroć w dalszych przepisach jest mowa bez bliższego określenia o:</w:t>
      </w:r>
    </w:p>
    <w:p w:rsidR="006703E7" w:rsidRDefault="00222C4D">
      <w:r>
        <w:t>1 ) przedszkolu – należy przez to rozumieć Przedszkole Samorządowe nr 2 w Pasłęku,</w:t>
      </w:r>
    </w:p>
    <w:p w:rsidR="006703E7" w:rsidRDefault="00222C4D">
      <w:r>
        <w:t>2 ) nauczycielu - należy przez to rozumieć także wychowawcę i innego pracownika pedagogicznego przedszkola,</w:t>
      </w:r>
    </w:p>
    <w:p w:rsidR="006703E7" w:rsidRDefault="00222C4D">
      <w:r>
        <w:t>3 ) rodzicu - należy przez to rozumieć także prawnych opiekunów dziecka oraz osoby (podmioty) sprawujące pieczę zastępczą nad dzieckiem,</w:t>
      </w:r>
    </w:p>
    <w:p w:rsidR="006703E7" w:rsidRDefault="00222C4D">
      <w:r>
        <w:t>4 ) dziecku - należy przez to rozumieć również wychowanków przedszkola, o którym mowa w § 1 ust.1,</w:t>
      </w:r>
    </w:p>
    <w:p w:rsidR="006703E7" w:rsidRDefault="00222C4D">
      <w:r>
        <w:t>5 ) podstawa programowa wychowania przedszkolnego - należy przez to rozumieć obowiązkowy zestaw celów kształcenia i treści nauczania, w tym umiejętności opisane w formie ogólnych i szczegółowych wymagań dotyczących wiedzy i umiejętności, które powinien posiadać wychowanek po zakończeniu określonego etapu edukacyjnego, uwzględnione w programach wychowania przedszkolnego, a także warunki i sposób realizacji podstawy programowej,</w:t>
      </w:r>
    </w:p>
    <w:p w:rsidR="006703E7" w:rsidRDefault="00222C4D">
      <w:r>
        <w:t>6 ) program wychowania przedszkolnego - należy przez to rozumieć opis sposobu realizacji celów wychowania oraz treści nauczania ustalonych w podstawie programowej wychowania przedszkolnego,</w:t>
      </w:r>
    </w:p>
    <w:p w:rsidR="006703E7" w:rsidRDefault="00222C4D">
      <w:r>
        <w:t>7 ) dyrektor przedszkola - należy przez to rozumieć Dyrektora Przedszkola Samorządowego Nr 2 w Pasłęku</w:t>
      </w:r>
      <w:r w:rsidR="00472F2B">
        <w:t>,</w:t>
      </w:r>
    </w:p>
    <w:p w:rsidR="006703E7" w:rsidRDefault="00222C4D">
      <w:r>
        <w:t>8 ) ustawa o systemie oświaty - należy przez to rozumieć ustawę z dnia 7 września 1991r o systemie oświaty,</w:t>
      </w:r>
    </w:p>
    <w:p w:rsidR="006703E7" w:rsidRDefault="00222C4D">
      <w:r>
        <w:t>9 ) ustawa- Karta Nauczyciela - należy przez to rozumieć ustawę z dnia 26 stycznia 1982r. - Karta Nauczyciela,</w:t>
      </w:r>
    </w:p>
    <w:p w:rsidR="006703E7" w:rsidRDefault="00222C4D">
      <w:r>
        <w:t>10 ) ustawie – Prawo oświatowe - należy przez to rozumieć ustawę z dnia 14 grudnia 2016 r. Prawo oświatowe,</w:t>
      </w:r>
    </w:p>
    <w:p w:rsidR="006703E7" w:rsidRDefault="00222C4D">
      <w:r>
        <w:t>11 ) indywidualny program edukacyjno-terapeutyczny - należy przez to rozumieć program nauczania dostosowany do indywidualnych potrzeb rozwojowych i edukacyjnych oraz możliwości psychofizycznych dziecka, uwzględniający zalecenia zawarte w orzeczeniu o potrzebie kształcenia specjalnego, opracowany dla dziecka objętego kształceniem specjalnym,</w:t>
      </w:r>
    </w:p>
    <w:p w:rsidR="006703E7" w:rsidRDefault="00222C4D">
      <w:r>
        <w:t>12 ) organ sprawujący nadzór pedagogiczny - należy przez to rozumieć Warmińsko- Mazurskiego Kuratora Oświaty w Olsztynie,</w:t>
      </w:r>
    </w:p>
    <w:p w:rsidR="006703E7" w:rsidRDefault="00222C4D">
      <w:r>
        <w:t>13 ) organ prowadzący - należy przez to rozumieć Miasto i Gminę Pasłęk,</w:t>
      </w:r>
    </w:p>
    <w:p w:rsidR="006703E7" w:rsidRDefault="00222C4D">
      <w:r>
        <w:t>14 ) Statucie – należy przez to rozumieć statut Przedszkola Samorządowego nr 2 w Pasłęku</w:t>
      </w:r>
      <w:r w:rsidR="00472F2B">
        <w:t>.</w:t>
      </w:r>
    </w:p>
    <w:p w:rsidR="006703E7" w:rsidRDefault="00222C4D">
      <w:pPr>
        <w:pStyle w:val="Nagwek1"/>
      </w:pPr>
      <w:r>
        <w:t>II CELE I ZADANIA PRZEDSZKOLA</w:t>
      </w:r>
    </w:p>
    <w:p w:rsidR="006703E7" w:rsidRDefault="00222C4D">
      <w:pPr>
        <w:pStyle w:val="Nagwek1"/>
      </w:pPr>
      <w:r>
        <w:t>§ 3.</w:t>
      </w:r>
    </w:p>
    <w:p w:rsidR="006703E7" w:rsidRDefault="00222C4D">
      <w:r>
        <w:t>1. Przedszkole realizuje cele i zadania określone w Konstytucji Rzeczypospolitej Polskiej, Konwencji o prawach dziecka, ustawie – Prawo oświatowe oraz w przepisach wykonawczych, w szczególności w podstawie programowej wychowania przedszkolnego obowiązującej od 1 września 2026 r., z poszanowaniem praw dziecka i praw rodziców.</w:t>
      </w:r>
    </w:p>
    <w:p w:rsidR="006703E7" w:rsidRDefault="00222C4D">
      <w:r>
        <w:t>Zadania przedszkola mogą być realizowane również z wykorzystani</w:t>
      </w:r>
      <w:r w:rsidR="00236AA1">
        <w:t>em</w:t>
      </w:r>
      <w:r>
        <w:t xml:space="preserve"> metod i technik kształcenia na odległość.</w:t>
      </w:r>
    </w:p>
    <w:p w:rsidR="006703E7" w:rsidRDefault="00222C4D">
      <w:r>
        <w:lastRenderedPageBreak/>
        <w:t>2. Celem wychowania przedszkolnego jest wspieranie wszechstronnego rozwoju dziecka w sferze poznawczej, społecznej, emocjonalnej, etycznej i fizycznej oraz tworzenie warunków do pełnej realizacji jego potencjału. Przedszkole rozwija w szczególności ciekawość i zainteresowania, kompetencje językowe, matematyczne i cyfrowe, kompetencje ruchowe, samodzielność, wytrwałość, sprawczość, empatię, odpowiedzialność oraz przygotowuje dziecko do dokonywania wyborów odpowiednich do jego wieku i możliwości.</w:t>
      </w:r>
    </w:p>
    <w:p w:rsidR="006703E7" w:rsidRDefault="00222C4D">
      <w:r>
        <w:t>3.Przedszkole zapewnia w szczególności:</w:t>
      </w:r>
    </w:p>
    <w:p w:rsidR="006703E7" w:rsidRDefault="00222C4D">
      <w:r>
        <w:t>1 ) bezpłatne nauczanie i wychowanie w zakresie podstawy programowej w oparciu o program wychowania przedszkolnego,</w:t>
      </w:r>
    </w:p>
    <w:p w:rsidR="006703E7" w:rsidRDefault="00222C4D">
      <w:r>
        <w:t>2 ) rekrutację dzieci w oparciu o zasadę powszechnej dostępności,</w:t>
      </w:r>
    </w:p>
    <w:p w:rsidR="006703E7" w:rsidRDefault="00222C4D">
      <w:r>
        <w:t>3 ) zatrudnienie nauczycieli posiadających kwalifikacje określone w odrębnych przepisach,</w:t>
      </w:r>
    </w:p>
    <w:p w:rsidR="006703E7" w:rsidRDefault="00222C4D">
      <w:r>
        <w:t>4 ) opiekę, wychowanie i nauczanie odpowiednio do wieku i potrzeb dziecka oraz możliwości przedszkola, w atmosferze akceptacji i bezpieczeństwa, z uwzględnieniem obowiązujących przepisów bezpieczeństwa i higieny,</w:t>
      </w:r>
    </w:p>
    <w:p w:rsidR="006703E7" w:rsidRDefault="00222C4D">
      <w:r>
        <w:t>5 ) wspomaganie rodziny w jej wychowawczej roli,</w:t>
      </w:r>
    </w:p>
    <w:p w:rsidR="006703E7" w:rsidRDefault="00222C4D">
      <w:r>
        <w:t>6 ) kształcenie uniwersalnych zasad etycznych i odpowiedzialności za swoje czyny.</w:t>
      </w:r>
    </w:p>
    <w:p w:rsidR="006703E7" w:rsidRDefault="00222C4D">
      <w:pPr>
        <w:pStyle w:val="Nagwek2"/>
      </w:pPr>
      <w:r>
        <w:t xml:space="preserve"> § 4</w:t>
      </w:r>
    </w:p>
    <w:p w:rsidR="006703E7" w:rsidRDefault="00222C4D">
      <w:r>
        <w:t>1. Zadaniem przedszkola jest:</w:t>
      </w:r>
    </w:p>
    <w:p w:rsidR="006703E7" w:rsidRDefault="00222C4D">
      <w:r>
        <w:t>1) Wspieranie wielokierunkowej aktywności dziecka poprzez organizację warunków sprzyjających nabywaniu doświadczeń w fizycznym, emocjonalnym, społecznymi poznawczym obszarze jego rozwoju.</w:t>
      </w:r>
    </w:p>
    <w:p w:rsidR="006703E7" w:rsidRDefault="00222C4D">
      <w:r>
        <w:t>2 ) Tworzenie warunków umożliwiających dzieciom swobodny rozwój, zabawę i odpoczynek w poczuciu bezpieczeństwa.</w:t>
      </w:r>
    </w:p>
    <w:p w:rsidR="006703E7" w:rsidRDefault="00222C4D">
      <w:r>
        <w:t>3 ) Wspieranie aktywności dziecka podnoszącej poziom integracji sensorycznej i umiejętności korzystania z rozwijających się procesów poznawczych.</w:t>
      </w:r>
    </w:p>
    <w:p w:rsidR="006703E7" w:rsidRDefault="00222C4D">
      <w:r>
        <w:t>4 ) Zapewnienie prawidłowej organizacji warunków sprzyjających nabywaniu przez dzieci doświadczeń, które umożliwią im ciągłość procesów adaptacji oraz pomoc dzieciom rozwijającym się w sposób nieharmonijny, wolniejszy lub przyspieszony.</w:t>
      </w:r>
    </w:p>
    <w:p w:rsidR="006703E7" w:rsidRDefault="00222C4D">
      <w:r>
        <w:t>5 ) Wspieranie samodzielnej dziecięcej eksploracji świata, dobór treści</w:t>
      </w:r>
      <w:r w:rsidR="00472F2B">
        <w:t xml:space="preserve"> </w:t>
      </w:r>
      <w:r>
        <w:t>adekwatnych do poziomu rozwoju dziecka, jego możliwości percepcyjnych, wyobrażeń i rozumowania, z poszanowaniem indywidualnych potrzeb i zainteresowań.</w:t>
      </w:r>
    </w:p>
    <w:p w:rsidR="006703E7" w:rsidRDefault="00222C4D">
      <w:r>
        <w:t>6. Wzmacnianie poczucia wartości, indywidualność, oryginalność dziecka oraz potrzeby tworzenia relacji osobowych i uczestnictwa w grupie.</w:t>
      </w:r>
    </w:p>
    <w:p w:rsidR="006703E7" w:rsidRDefault="00222C4D">
      <w:r>
        <w:t>7. Tworzenie sytuacji sprzyjających rozwojowi nawyków i zachowań prowadzących do samodzielności, dbania o zdrowie, sprawność ruchową i bezpieczeństwo, w tym bezpieczeństwo w ruchu drogowym.</w:t>
      </w:r>
    </w:p>
    <w:p w:rsidR="006703E7" w:rsidRDefault="00222C4D">
      <w:r>
        <w:t>8. Przygotowywanie do rozumienia emocji, uczuć własnych i innych ludzi oraz dbanie o zdrowie psychiczne, realizowane m.inn. z wykorzystaniem naturalnych sytuacji, pojawiających się w przedszkolu oraz sytuacji zadaniowych, uwzględniających treści adekwatne do intelektualnych możliwości i oczekiwań rozwojowych dzieci.</w:t>
      </w:r>
    </w:p>
    <w:p w:rsidR="006703E7" w:rsidRDefault="00222C4D">
      <w:r>
        <w:t>9. Tworzenie sytuacji edukacyjnych budujących wrażliwość dziecka, w tym wrażliwość estetyczną, w odniesieniu do wielu sfer aktywności człowieka: mowy, zachowania, ruchu, środowiska, ubioru, muzyki, tańca, śpiewu, teatru, plastyki.</w:t>
      </w:r>
    </w:p>
    <w:p w:rsidR="006703E7" w:rsidRDefault="00222C4D">
      <w:r>
        <w:lastRenderedPageBreak/>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6703E7" w:rsidRDefault="00222C4D">
      <w:r>
        <w:t>11. Tworzenie warunków umożliwiających bezpieczną, samodzielną eksplorację elementów techniki w otoczeniu, konstruowania, majsterkowania, planowania i podejmowania intencjonalnego działania, prezentowania wytworów swojej pracy.</w:t>
      </w:r>
    </w:p>
    <w:p w:rsidR="006703E7" w:rsidRDefault="00222C4D">
      <w:r>
        <w:t>12. Współdziałanie z rodzicami, różnymi środowiskami, organizacjami i instytucjami, uznanymi przez rodziców za źródło istotnych wartości, na rzecz tworzenia warunków umożliwiających rozwój tożsamości dziecka.</w:t>
      </w:r>
    </w:p>
    <w:p w:rsidR="006703E7" w:rsidRDefault="00222C4D">
      <w:r>
        <w:t>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rsidR="006703E7" w:rsidRDefault="00222C4D">
      <w:r>
        <w:t>14. Systematyczne uzupełnianie, za zgodą rodziców, realizowanych treści wychowawczych o nowe zagadnienia, wynikające z pojawienia się w otoczeniu dziecka zmian i zjawisk istotnych dla jego bezpieczeństwa i harmonijnego rozwoju.</w:t>
      </w:r>
    </w:p>
    <w:p w:rsidR="006703E7" w:rsidRDefault="00222C4D">
      <w:r>
        <w:t>15. Systematyczne wspieranie rozwoju mechanizmów uczenia się dziecka, prowadzące do osiągnięcia przez nie poziomu umożliwiającego podjęcie nauki w szkole.</w:t>
      </w:r>
    </w:p>
    <w:p w:rsidR="00CD6D89" w:rsidRDefault="00222C4D">
      <w:r>
        <w:t>16. Organizowanie zajęć – zgodnie z potrzebami – umożliwiających dziecku poznawanie kultury i języka mnie</w:t>
      </w:r>
      <w:r w:rsidR="00CD6D89">
        <w:t>jszości narodowej lub etnicznej.</w:t>
      </w:r>
    </w:p>
    <w:p w:rsidR="006703E7" w:rsidRDefault="00222C4D">
      <w:r>
        <w:t>17. Tworzenie sytuacji edukacyjnych sprzyjających budowaniu zainteresowania dziecka językiem obcym nowożytnym, chęci poznawania innych kultur.</w:t>
      </w:r>
    </w:p>
    <w:p w:rsidR="006703E7" w:rsidRDefault="00222C4D">
      <w:r>
        <w:t>Przygotowanie dzieci do posługiwania się językiem obcym nowożytnym nie dotyczy:</w:t>
      </w:r>
    </w:p>
    <w:p w:rsidR="006703E7" w:rsidRDefault="00222C4D">
      <w:r>
        <w:t>1 )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6703E7" w:rsidRDefault="00222C4D">
      <w:r>
        <w:t>2 ) dzieci posiadających orzeczenie o potrzebie kształcenia specjalnego wydane ze względu na inne niż wymienione w pkt 1 rodzaje niepełnosprawności, o których mowa w przepisach wydanych na podstawie art. 127 ust. 19 pkt 2 ustawy z dnia 14 grudnia 2016 r. – Prawo oświatowe, oraz jeżeli z indywidualnego programu edukacyjno-terapeutycznego wynika brak możliwości realizacji przygotowania do posługiwania się językiem obcym nowożytnym ze względu na indywidualne potrzeby rozwojowe i edukacyjne oraz możliwości psychofizyczne dziecka.</w:t>
      </w:r>
    </w:p>
    <w:p w:rsidR="006703E7" w:rsidRDefault="00222C4D">
      <w:pPr>
        <w:pStyle w:val="Nagwek1"/>
      </w:pPr>
      <w:r>
        <w:t>§ 5</w:t>
      </w:r>
    </w:p>
    <w:p w:rsidR="006703E7" w:rsidRDefault="00222C4D">
      <w:r>
        <w:t>Przedszkole umożliwia dziecku:</w:t>
      </w:r>
    </w:p>
    <w:p w:rsidR="006703E7" w:rsidRDefault="00222C4D">
      <w:r>
        <w:t>1.Podtrzymywanie poczucia tożsamości narodowej, etnicznej, językowej i religijnej.</w:t>
      </w:r>
    </w:p>
    <w:p w:rsidR="006703E7" w:rsidRDefault="00222C4D">
      <w:r>
        <w:t>2.Korzystanie z zajęć religii organizowanych na życzenie rodziców w każdej grupie wiekowej zgodnie z obowiązującymi przepisami.</w:t>
      </w:r>
    </w:p>
    <w:p w:rsidR="006703E7" w:rsidRDefault="00222C4D">
      <w:r>
        <w:t>3. Pomoc psychologiczno-pedagogiczną organizowaną i udzielaną zgodnie z ustawą – Prawo oświatowe oraz przepisami wykonawczymi, odpowiednio do rozpoznanych indywidualnych potrzeb rozwojowych i edukacyjnych oraz możliwości psychofizycznych dziecka.</w:t>
      </w:r>
    </w:p>
    <w:p w:rsidR="006703E7" w:rsidRDefault="00222C4D">
      <w:r>
        <w:lastRenderedPageBreak/>
        <w:t>4. Przedszkole może prowadzić działalność innowacyjną. Eksperyment pedagogiczny może być realizowany na zasadach i w trybie określonych w ustawie – Prawo oświatowe.</w:t>
      </w:r>
    </w:p>
    <w:p w:rsidR="006703E7" w:rsidRDefault="00222C4D">
      <w:r>
        <w:t>5.W przedszkolu organizowane jest nauczanie indywidualne dla wychowanków przedszkola.</w:t>
      </w:r>
    </w:p>
    <w:p w:rsidR="006703E7" w:rsidRDefault="00222C4D">
      <w:r>
        <w:t>6.Stawianie zadań dostosowanych do rzeczywistych potrzeb, mo</w:t>
      </w:r>
      <w:r w:rsidR="00472F2B">
        <w:t>żliwości i zainteresowań dzieci.</w:t>
      </w:r>
    </w:p>
    <w:p w:rsidR="006703E7" w:rsidRDefault="00222C4D">
      <w:r>
        <w:t>7. Organizowanie sytuacji edukacyjnych sprzyjających nawiązywaniu przez dzieci różnorodnych kontaktów społecznych oraz wyrażania własnych emocji, myśli i wiedzy w różnorodnej twórczości własnej – werbalnej, p</w:t>
      </w:r>
      <w:r w:rsidR="00472F2B">
        <w:t>lastycznej, ruchowej, muzycznej.</w:t>
      </w:r>
    </w:p>
    <w:p w:rsidR="006703E7" w:rsidRDefault="00222C4D">
      <w:r>
        <w:t>8. Ukazanie dzieciom piękna języka ojczystego oraz bogactwa kultury i tradycji narodowej i r</w:t>
      </w:r>
      <w:r w:rsidR="00472F2B">
        <w:t>egionalnej.</w:t>
      </w:r>
    </w:p>
    <w:p w:rsidR="006703E7" w:rsidRDefault="00222C4D">
      <w:r>
        <w:t>9. Upowszechnianie wiedzy ekologicznej wśród dzieci oraz kształtowanie właściwych postaw wob</w:t>
      </w:r>
      <w:r w:rsidR="00472F2B">
        <w:t>ec zagadnień ochrony środowiska.</w:t>
      </w:r>
    </w:p>
    <w:p w:rsidR="006703E7" w:rsidRDefault="00222C4D">
      <w:r>
        <w:t>10. Upowszechnienie wiedzy o ruchu drogowym wśród dzieci oraz kształtowanie właściwych postaw wobec problemu bezpieczeństwa i</w:t>
      </w:r>
      <w:r w:rsidR="00472F2B">
        <w:t xml:space="preserve"> zasad poruszania się po drodze.</w:t>
      </w:r>
    </w:p>
    <w:p w:rsidR="006703E7" w:rsidRDefault="00222C4D">
      <w:r>
        <w:t>11.Organizowanie nauki religii, na indywidualne życzenie rodziców, zgodnie z obowiązuj</w:t>
      </w:r>
      <w:r w:rsidR="00472F2B">
        <w:t>ącymi przepisami w tym zakresie.</w:t>
      </w:r>
    </w:p>
    <w:p w:rsidR="006703E7" w:rsidRDefault="00222C4D">
      <w:r>
        <w:t>12. Rozwijanie kreatywności oraz kompetencji cyfrowych dzieci w sposób dostosowany do ich wieku, z uwzględnieniem bezpiecznego, celowego i odpowiedzialnego korzystania z technologii cyfrowych oraz ochrony dzieci przed zagrożeniami związanymi z korzystaniem z Internetu.</w:t>
      </w:r>
    </w:p>
    <w:p w:rsidR="006703E7" w:rsidRDefault="00222C4D">
      <w:pPr>
        <w:pStyle w:val="Nagwek1"/>
      </w:pPr>
      <w:r>
        <w:t>§ 6</w:t>
      </w:r>
    </w:p>
    <w:p w:rsidR="006703E7" w:rsidRDefault="00222C4D">
      <w:r>
        <w:t>1. Świadczenia udzielane przez przedszkole są nieodpłatne w zakresie realizacji podstawy programowej wychowania przedszkolnego.</w:t>
      </w:r>
    </w:p>
    <w:p w:rsidR="006703E7" w:rsidRDefault="00222C4D">
      <w:r>
        <w:t>2. Przedszkole zapewnia wychowankom odpłatne wyżywienie.</w:t>
      </w:r>
    </w:p>
    <w:p w:rsidR="006703E7" w:rsidRDefault="00222C4D">
      <w:r>
        <w:t>3. Dzieci mają możliwość korzystania z trzech lub czterech posiłków. Wysokość dziennej stawki żywieniowej ustala dyrektor przedszkola w porozumieniu z organem prowadzącym na podstawie obowiązujących cen artykułów żywnościowych, z uwzględnieniem norm żywieniowych.</w:t>
      </w:r>
    </w:p>
    <w:p w:rsidR="00A327A3" w:rsidRDefault="00222C4D">
      <w:r>
        <w:t>4. Organ prowadzący przedszkole może zwolnić rodziców z całości lub</w:t>
      </w:r>
      <w:r w:rsidR="00A327A3">
        <w:t xml:space="preserve"> części opłat, o których mowa w</w:t>
      </w:r>
    </w:p>
    <w:p w:rsidR="006703E7" w:rsidRDefault="00222C4D">
      <w:r>
        <w:t>ust. 2:</w:t>
      </w:r>
    </w:p>
    <w:p w:rsidR="006703E7" w:rsidRDefault="00222C4D">
      <w:r>
        <w:t>a) w przypadku szczególnie trudnej sytuacji materialnej rodziny,</w:t>
      </w:r>
    </w:p>
    <w:p w:rsidR="006703E7" w:rsidRDefault="00222C4D">
      <w:r>
        <w:t>b) w szczególnie uzasadnionych przypadkach losowych.</w:t>
      </w:r>
    </w:p>
    <w:p w:rsidR="006703E7" w:rsidRDefault="00222C4D">
      <w:r>
        <w:t>5. Dyrektor przedszkola w porozumieniu z radą pedagogiczną może wystąpić do Ośrodka Pomocy Społecznej o przyznanie pomocy stałej bądź doraźnej dzieciom z rodzin będących w trudnej sytuacji materialnej.</w:t>
      </w:r>
    </w:p>
    <w:p w:rsidR="006703E7" w:rsidRDefault="00222C4D">
      <w:r>
        <w:t>6. Czas pobytu dziecka w przedszkolu oraz liczbę spożywanych posiłków rodzice deklarują w momencie przyjęcia dziecka do przedszkola i podpisania Oświadczenia.</w:t>
      </w:r>
    </w:p>
    <w:p w:rsidR="006703E7" w:rsidRDefault="00222C4D">
      <w:r>
        <w:t>1 ) Wszelkie zmiany dotyczące czasu pobytu dziecka w przedszkolu w trakcie roku szkolnego wymagają pisemnego wystąpienia do dyrektora przedszkola.</w:t>
      </w:r>
    </w:p>
    <w:p w:rsidR="006703E7" w:rsidRDefault="00222C4D">
      <w:r>
        <w:t>2 ) W uzasadnionych przypadkach dyrektor przedszkola uwzględnia zmiany z pierwszym dniem kolejnego miesiąca.</w:t>
      </w:r>
    </w:p>
    <w:p w:rsidR="00D56220" w:rsidRDefault="00D56220">
      <w:pPr>
        <w:pStyle w:val="Nagwek1"/>
      </w:pPr>
    </w:p>
    <w:p w:rsidR="006703E7" w:rsidRDefault="00222C4D">
      <w:pPr>
        <w:pStyle w:val="Nagwek1"/>
      </w:pPr>
      <w:r>
        <w:t>§ 7</w:t>
      </w:r>
    </w:p>
    <w:p w:rsidR="006703E7" w:rsidRDefault="00222C4D">
      <w:r>
        <w:t>Przedszkole zapewnia dzieciom bezpieczeństwo i opiekę:</w:t>
      </w:r>
    </w:p>
    <w:p w:rsidR="006703E7" w:rsidRDefault="00222C4D">
      <w:r>
        <w:t>1. Każda grupa wiekowa powierzona jest opiece jednej lub dwóch nauczycieli pracujących na zmiany.</w:t>
      </w:r>
    </w:p>
    <w:p w:rsidR="006703E7" w:rsidRDefault="00222C4D">
      <w:r>
        <w:t>2. Podczas pobytu dzieci w ogrodzie, dzieci z poszczególnych grup</w:t>
      </w:r>
      <w:r w:rsidR="00D56220">
        <w:t xml:space="preserve"> </w:t>
      </w:r>
      <w:r>
        <w:t>przebywają na przydzielonym terenie.</w:t>
      </w:r>
    </w:p>
    <w:p w:rsidR="006703E7" w:rsidRDefault="00222C4D">
      <w:r>
        <w:t>3. Za bezpieczeństwo dzieci podczas pobytu dziecka w przedszkolu</w:t>
      </w:r>
      <w:r w:rsidR="00D56220">
        <w:t xml:space="preserve"> </w:t>
      </w:r>
      <w:r>
        <w:t>odpowiada nauczyciel.</w:t>
      </w:r>
    </w:p>
    <w:p w:rsidR="006703E7" w:rsidRDefault="00222C4D">
      <w:r>
        <w:t>a) Podczas swojego czasu pracy nauczycielka nie może pozostawić dzieci bez opieki. Gdy nauczyciel musi wyjść, np. do telefonu, toalety, grupą powinna się zająć</w:t>
      </w:r>
      <w:r w:rsidR="00CD6D89">
        <w:t xml:space="preserve"> osoba z personelu pomocniczego, woźna oddziałowa.</w:t>
      </w:r>
      <w:r>
        <w:t xml:space="preserve"> Nauczyciel powinien ograniczyć swoją nieobecność do minimum. </w:t>
      </w:r>
    </w:p>
    <w:p w:rsidR="006703E7" w:rsidRDefault="00222C4D">
      <w:r>
        <w:t>b) Nauczyciel musi skupić swoją uwagę na dzieciach – nie może zajmować się rozpraszającymi jego uwagę czynnościami, np. rozmową z inną osobą (bezpośrednio lub przez telefon komórkowy).</w:t>
      </w:r>
    </w:p>
    <w:p w:rsidR="006703E7" w:rsidRDefault="00222C4D">
      <w:r>
        <w:t>4. W trakcie zajęć poza terenem przedszkola ( spacery, wycieczki ) zapewniona jest opieka nauczycielki i woźnej oddziałowej.</w:t>
      </w:r>
    </w:p>
    <w:p w:rsidR="006703E7" w:rsidRDefault="00222C4D">
      <w:r>
        <w:t>5. Przedszkole sprawuje opiekę nad dziećmi, dostosowując metody i sposoby oddziaływań do wieku dziecka i jego możliwości rozwojowych, potrzeb środowiskowych, z uwzględnieniem istniejących warunków lokalowych.</w:t>
      </w:r>
    </w:p>
    <w:p w:rsidR="006703E7" w:rsidRDefault="00222C4D">
      <w:r>
        <w:t>6.Przedszkole zapewnia wychowankom pełne bezpieczeństwo i stałą opiekę w trakcie zajęć prowadzonych na terenie placówki i poza nią poprzez:</w:t>
      </w:r>
    </w:p>
    <w:p w:rsidR="006703E7" w:rsidRDefault="00222C4D">
      <w:r>
        <w:t>1. realizację zadań przez nauczycieli zapisanych w niniejszym statucie,</w:t>
      </w:r>
    </w:p>
    <w:p w:rsidR="006703E7" w:rsidRDefault="00222C4D">
      <w:r>
        <w:t>2. przestrzeganie liczebności dzieci w oddziale,</w:t>
      </w:r>
    </w:p>
    <w:p w:rsidR="006703E7" w:rsidRDefault="00222C4D">
      <w:r>
        <w:t>3. zapewnienie odpowiedniej liczby opiekunów w czasie imprez, spacerów i wycieczek poza terenem przedszkola,</w:t>
      </w:r>
    </w:p>
    <w:p w:rsidR="006703E7" w:rsidRDefault="00222C4D">
      <w:r>
        <w:t>4. współpracę z poradnią psychologiczno-pedagogiczną,</w:t>
      </w:r>
    </w:p>
    <w:p w:rsidR="006703E7" w:rsidRDefault="00222C4D">
      <w:r>
        <w:t>5. organizację cyklicznych szkoleń pracowników w zakresie udzielania pierwszej pomocy przedlekarskiej,</w:t>
      </w:r>
    </w:p>
    <w:p w:rsidR="006703E7" w:rsidRDefault="00A327A3">
      <w:r>
        <w:t>6</w:t>
      </w:r>
      <w:r w:rsidR="00222C4D">
        <w:t>. spełnianie odpowiednich wymogów w zakresie oświetlenia, wentylacji i ogrzewania pomieszczeń przedszkola, w których przebywają dzieci,</w:t>
      </w:r>
    </w:p>
    <w:p w:rsidR="006703E7" w:rsidRDefault="00A327A3">
      <w:r>
        <w:t>7</w:t>
      </w:r>
      <w:r w:rsidR="00222C4D">
        <w:t>. dostosowanie mebli i zabawek ogrodowych do wzrostu i potrzeb rozwojowych dzieci,</w:t>
      </w:r>
    </w:p>
    <w:p w:rsidR="006703E7" w:rsidRDefault="00A327A3">
      <w:r>
        <w:t>8</w:t>
      </w:r>
      <w:r w:rsidR="00222C4D">
        <w:t>. ogrodzenie terenu przedszkola,</w:t>
      </w:r>
    </w:p>
    <w:p w:rsidR="006703E7" w:rsidRDefault="00A327A3">
      <w:r>
        <w:t>9</w:t>
      </w:r>
      <w:r w:rsidR="00222C4D">
        <w:t>. zabezpieczenie przed swobodnym dostępem dzieci do pomieszczeń kuchennych i pomieszczeń gospodarczych,</w:t>
      </w:r>
    </w:p>
    <w:p w:rsidR="006703E7" w:rsidRDefault="00A327A3">
      <w:r>
        <w:t>10</w:t>
      </w:r>
      <w:r w:rsidR="00222C4D">
        <w:t>. zabezpieczenie otworów kanalizacyjnych, studzienek i innych zagłębień.</w:t>
      </w:r>
    </w:p>
    <w:p w:rsidR="006703E7" w:rsidRDefault="00222C4D">
      <w:r>
        <w:t>8. W swoich działaniach przedszkole stos</w:t>
      </w:r>
      <w:r w:rsidR="00FA77AA">
        <w:t>uje obowiązujące przepisy bhp</w:t>
      </w:r>
      <w:r w:rsidR="00FA77AA" w:rsidRPr="00FA77AA">
        <w:t>, na wypadek wystąpienia zagrożeń nadzwyczajnych, w szczególności zagrożenia bombowego, ataku z powietrza, zagrożenia rakietowego lub dronowego oraz innych zdarzeń mogących stanowić</w:t>
      </w:r>
      <w:r w:rsidR="00FA77AA">
        <w:t xml:space="preserve"> zagrożenie dla życia i zdrowia i </w:t>
      </w:r>
      <w:r>
        <w:t>przepisy przeciwpożarowe, w szczególności poprzez:</w:t>
      </w:r>
    </w:p>
    <w:p w:rsidR="006703E7" w:rsidRDefault="00222C4D">
      <w:r>
        <w:t>1 ) dokonywanie kontroli obiektu przedszkola pod kątem zapewnienia bezpiecznych i higienicznych warunków pobytu,</w:t>
      </w:r>
    </w:p>
    <w:p w:rsidR="006703E7" w:rsidRDefault="00222C4D">
      <w:r>
        <w:t>2 ) oznakowanie dróg ewakuacyjnych w sposób wyraźny i trwały,</w:t>
      </w:r>
    </w:p>
    <w:p w:rsidR="006703E7" w:rsidRDefault="00222C4D">
      <w:r>
        <w:t>3 ) umieszczenie w widocznym miejscu planów ewakuacji przedszkola,</w:t>
      </w:r>
    </w:p>
    <w:p w:rsidR="006703E7" w:rsidRDefault="00222C4D">
      <w:r>
        <w:lastRenderedPageBreak/>
        <w:t>4 ) opracowanie procedur i przeprowadzanie ćwiczeń ewakuacyjnych,</w:t>
      </w:r>
    </w:p>
    <w:p w:rsidR="006703E7" w:rsidRDefault="00222C4D">
      <w:r>
        <w:t>5) umieszczenie w widocznym miejscu spisu telefonów alarmowych, na wypadek alarmu bombowego.</w:t>
      </w:r>
    </w:p>
    <w:p w:rsidR="006703E7" w:rsidRDefault="00222C4D">
      <w:r>
        <w:t>9. W przedszkolu zajęcia wychowawczo-dydaktyczne mogą być realizowane z wykorzystaniem metod i technik kształcenia na odległość. Organizuje się je w oddziałach, grupie oddziałowej, grupie międzyoddziałowej.</w:t>
      </w:r>
    </w:p>
    <w:p w:rsidR="006703E7" w:rsidRDefault="00222C4D">
      <w:r>
        <w:t>10. Zajęcia, o których mowa w ust. 9, realizuje się w razie wystąpienia:</w:t>
      </w:r>
    </w:p>
    <w:p w:rsidR="006703E7" w:rsidRDefault="00222C4D">
      <w:r>
        <w:t>1 ) zagrożenia bezpieczeństwa dzieci w związku z organizacją i przebiegiem imprez ogólnopolskich lub międzynarodowych,</w:t>
      </w:r>
    </w:p>
    <w:p w:rsidR="006703E7" w:rsidRDefault="00222C4D">
      <w:r>
        <w:t>2 ) temperatury zewnętrznej lub w pomieszczeniach, w których są prowadzone zajęcia z dziećmi, zagrażającej ich zdrowiu,</w:t>
      </w:r>
    </w:p>
    <w:p w:rsidR="006703E7" w:rsidRDefault="00222C4D">
      <w:r>
        <w:t>3 ) zagrożenia związanego z sytuacją epidemiczną,</w:t>
      </w:r>
    </w:p>
    <w:p w:rsidR="006703E7" w:rsidRDefault="00222C4D">
      <w:r>
        <w:t>4 ) nadzwyczajnego zdarzenia zagrażającego bezpieczeństwu lub zdrowiu dzieci innego niż określone w pkt 1–3 – w przypadkach i trybie określonych w rozporządzeniu Ministra Edukacji Narodowej i Sportu z dnia 31 grudnia 2002 r. w sprawie bezpieczeństwa i higieny w publicznych i niepublicznych szkołach i placówkach (t.j. Dz.U. z 2020 r. poz. 1604 ze zm.).</w:t>
      </w:r>
    </w:p>
    <w:p w:rsidR="006703E7" w:rsidRDefault="00222C4D">
      <w:r>
        <w:t>11. W przedszkolu stosuje się szczególne środki ochrony małoletnich. Określa je przedszkolny dokument pod nazwą „Standardy Ochrony Małoletnich” wprowadzony odrębnym zarządzeniem dyrektora przedszkola. Przedszkolny dokument „Standardy Ochrony Małoletnich” zawiera zbiór zasad i procedur postępowania, które mają być przestrzegane i stosowane w sytuacji podejrzenia krzywdzenia lub krzywdzenia dziecka.</w:t>
      </w:r>
    </w:p>
    <w:p w:rsidR="006703E7" w:rsidRDefault="00222C4D">
      <w:r>
        <w:t>12. Standardy Ochrony Małoletnich podlegają okresowej ocenie i aktualizacji zgodnie z przepisami. Przedszkole udostępnia standardy w wersji pełnej oraz skróconej, przeznaczonej dla małoletnich, w sposób umożliwiający zapoznanie się z nimi.</w:t>
      </w:r>
    </w:p>
    <w:p w:rsidR="006703E7" w:rsidRDefault="00222C4D">
      <w:r>
        <w:t>13. Przed dopuszczeniem osoby do działalności związanej z wychowaniem, edukacją, wypoczynkiem, opieką nad małoletnimi lub realizacją innych zainteresowań małoletnich dyrektor wykonuje obowiązki weryfikacyjne wynikające z przepisów o przeciwdziałaniu zagrożeniom przestępczością na tle seksualnym i ochronie małoletnich.</w:t>
      </w:r>
    </w:p>
    <w:p w:rsidR="006703E7" w:rsidRDefault="00222C4D">
      <w:r>
        <w:t>14. Przedszkole chroni wizerunek i dane osobowe dzieci oraz stosuje zasady bezpiecznego korzystania z urządzeń elektronicznych i Internetu określone w Standardach Ochrony Małoletnich i innych procedurach wewnętrznych.</w:t>
      </w:r>
    </w:p>
    <w:p w:rsidR="006703E7" w:rsidRDefault="00222C4D">
      <w:pPr>
        <w:pStyle w:val="Nagwek1"/>
      </w:pPr>
      <w:r>
        <w:t>§ 8</w:t>
      </w:r>
    </w:p>
    <w:p w:rsidR="006703E7" w:rsidRDefault="00222C4D">
      <w:r>
        <w:t>1. W realizacji zajęć prowadzonych metodami i technikami kształcenia na odległość nauczyciele korzystają z technologii informacyjno-komunikacyjnych takich jak:</w:t>
      </w:r>
    </w:p>
    <w:p w:rsidR="006703E7" w:rsidRDefault="00222C4D">
      <w:r>
        <w:t>1 ) informatyczne narzędzia wskazane przez Ministra Edukacji i Nauki, zapewniające:</w:t>
      </w:r>
    </w:p>
    <w:p w:rsidR="006703E7" w:rsidRDefault="00222C4D">
      <w:r>
        <w:t>a. ochronę przed nieuprawnionym dostępem</w:t>
      </w:r>
    </w:p>
    <w:p w:rsidR="006703E7" w:rsidRDefault="00222C4D">
      <w:r>
        <w:t>b. integralność danych,</w:t>
      </w:r>
    </w:p>
    <w:p w:rsidR="006703E7" w:rsidRDefault="00222C4D">
      <w:r>
        <w:t>c. przeciwdziałanie uszkodzeniom,</w:t>
      </w:r>
    </w:p>
    <w:p w:rsidR="006703E7" w:rsidRDefault="00222C4D">
      <w:r>
        <w:t>d. rozliczalność działań dokonywanych na przetwarzanych danych</w:t>
      </w:r>
      <w:r w:rsidR="005A6F77">
        <w:t>.</w:t>
      </w:r>
    </w:p>
    <w:p w:rsidR="006703E7" w:rsidRDefault="00222C4D">
      <w:r>
        <w:t>2 ) komunikatory: Facebook/Messenger, e-mail lub środki komunikacji elektronicznej zapewniające wymianę informacji między nauczycielem, dzieckiem i rodzicem.</w:t>
      </w:r>
    </w:p>
    <w:p w:rsidR="006703E7" w:rsidRDefault="00222C4D">
      <w:r>
        <w:lastRenderedPageBreak/>
        <w:t>3 ) podejmowane przez dziecko lub rodziców dziecka aktywności określone przez nauczycieli potwierdzające zapoznanie się ze wskazanym materiałem lub wykonanie określonych działań,</w:t>
      </w:r>
    </w:p>
    <w:p w:rsidR="006703E7" w:rsidRDefault="00222C4D">
      <w:r>
        <w:t>4 )inne niż wskazane w pkt 1-3, umożliwiające kontynuowanie procesu kształcenia i wychowania.</w:t>
      </w:r>
    </w:p>
    <w:p w:rsidR="006703E7" w:rsidRDefault="00222C4D">
      <w:r>
        <w:t>2.Godzina zajęć edukacyjnych prowadzonych przez nauczyciela z wykorzystaniem metod i technik kształcenia na odległość trwa nie krócej niż 15 minut i nie dłużej niż 30 minut. W uzasadnionych przypadkach dyrektor może dopuścić prowadzenie tych zajęć przez nie krócej niż 30 minut i nie dłużej niż 60 minut.</w:t>
      </w:r>
    </w:p>
    <w:p w:rsidR="006703E7" w:rsidRDefault="00222C4D">
      <w:r>
        <w:t>3.W okresie prowadzenia zajęć z wykorzystaniem metod i technik kształcenia na odległość w przedszkolu mogą być organizowane dla dzieci wycieczki krajoznawcze, zgodnie z przepisami rozporządzenia Ministra Edukacji Narodowej z dnia 25 maja 2018 r. w sprawie warunków i sposobu organizowania przez publiczne przedszkola, szkoły i placówki krajoznawstwa i turystyki, o ile nie jest zagrożone bezpieczeństwo lub zdrowie dzieci.</w:t>
      </w:r>
    </w:p>
    <w:p w:rsidR="006703E7" w:rsidRDefault="00222C4D">
      <w:pPr>
        <w:pStyle w:val="Nagwek1"/>
      </w:pPr>
      <w:r>
        <w:t>§ 9</w:t>
      </w:r>
    </w:p>
    <w:p w:rsidR="006703E7" w:rsidRDefault="00222C4D">
      <w:r>
        <w:t>1.W sprawowaniu opieki nad wychowankami konieczne jest przestrzeganie przez rodziców i opiekunów obowiązku osobistego przyprowadzania i odbierania dzieci z przedszkola.</w:t>
      </w:r>
    </w:p>
    <w:p w:rsidR="006703E7" w:rsidRDefault="00222C4D">
      <w:r>
        <w:t>1 ) Dzieci należy przyprowadzać w godzinach od 6.30 do 8.00 zgodnie z deklaracją zawartą w Oświadczeniu rodziców.</w:t>
      </w:r>
    </w:p>
    <w:p w:rsidR="006703E7" w:rsidRDefault="00222C4D">
      <w:r>
        <w:t>2 ) Dzieci odbierać można do godz.16.00.</w:t>
      </w:r>
      <w:r w:rsidR="005A6F77">
        <w:t xml:space="preserve"> </w:t>
      </w:r>
      <w:r>
        <w:t>W przypadkach podyktowanych potrzebami rodziców i konieczności wcześniejszego odebrania dziecka rodzic zobowiązany jest do wcześniejszego powiadomienia.</w:t>
      </w:r>
    </w:p>
    <w:p w:rsidR="006703E7" w:rsidRDefault="00222C4D">
      <w:r>
        <w:t>3 )Dzieci mogą być odbierane przez inne osoby dorosłe ( powyżej 18 roku życia), oraz przez osoby 17 letnie tylko za pisemnym upoważnieniem ich przez rodziców(opiekunów).</w:t>
      </w:r>
    </w:p>
    <w:p w:rsidR="006703E7" w:rsidRDefault="00222C4D">
      <w:r>
        <w:t>4) Dziecka nie wydaje się osobie, której stan lub zachowanie wskazuje, że nie jest ona w stanie zapewnić dziecku bezpieczeństwa, w szczególności osobie znajdującej się pod wpływem alkoholu, środków odurzających, substancji psychoaktywnych albo zachowującej się agresywnie.</w:t>
      </w:r>
    </w:p>
    <w:p w:rsidR="006703E7" w:rsidRDefault="00222C4D">
      <w:r>
        <w:t>5) Upoważnienie do odbioru dziecka może mieć charakter stały albo jednorazowy. Rodzic może je w każdym czasie odwołać lub zmienić w formie przyjętej w przedszkolu.</w:t>
      </w:r>
    </w:p>
    <w:p w:rsidR="006703E7" w:rsidRDefault="00222C4D">
      <w:r>
        <w:t>6) Osoba odbierająca dziecko, na żądanie pracownika przedszkola, okazuje dokument pozwalający potwierdzić jej tożsamość. Dane są weryfikowane wyłącznie w zakresie niezbędnym do bezpiecznego wydania dziecka.</w:t>
      </w:r>
    </w:p>
    <w:p w:rsidR="006703E7" w:rsidRDefault="00222C4D">
      <w:r>
        <w:t>7) W przypadku sporu między rodzicami co do odbioru dziecka przedszkole stosuje prawomocne orzeczenia i postanowienia sądu oraz inne wiążące rozstrzygnięcia właściwych organów. Sam konflikt między rodzicami nie stanowi podstawy do ograniczenia praw rodzicielskich.</w:t>
      </w:r>
    </w:p>
    <w:p w:rsidR="006703E7" w:rsidRDefault="00222C4D">
      <w:r>
        <w:t>8) Jeżeli dziecko nie zostanie odebrane do godziny zamknięcia przedszkola, nauczyciel podejmuje próbę kontaktu z rodzicami i osobami upoważnionymi. W razie braku możliwości zapewnienia dziecku odbioru dyrektor lub nauczyciel postępuje zgodnie z procedurą bezpieczeństwa obowiązującą w przedszkolu, w tym – gdy jest to konieczne – zwraca się o pomoc do Policji.</w:t>
      </w:r>
    </w:p>
    <w:p w:rsidR="006703E7" w:rsidRDefault="00222C4D">
      <w:r>
        <w:t>9) Z chwilą osobistego przekazania dziecka rodzicowi albo osobie upoważnionej odpowiedzialność za bezpieczeństwo dziecka przechodzi na osobę odbierającą.</w:t>
      </w:r>
    </w:p>
    <w:p w:rsidR="006703E7" w:rsidRDefault="00222C4D">
      <w:pPr>
        <w:pStyle w:val="Nagwek1"/>
      </w:pPr>
      <w:r>
        <w:lastRenderedPageBreak/>
        <w:t>III ORGANY PRZEDSZKOLA</w:t>
      </w:r>
    </w:p>
    <w:p w:rsidR="006703E7" w:rsidRDefault="00222C4D">
      <w:pPr>
        <w:pStyle w:val="Nagwek1"/>
      </w:pPr>
      <w:r>
        <w:t>§ 10</w:t>
      </w:r>
    </w:p>
    <w:p w:rsidR="006703E7" w:rsidRDefault="00222C4D">
      <w:r>
        <w:t>1. Organami przedszkola są:</w:t>
      </w:r>
    </w:p>
    <w:p w:rsidR="006703E7" w:rsidRDefault="00222C4D">
      <w:r>
        <w:t>1 )Dyrektor przedszkola</w:t>
      </w:r>
      <w:r w:rsidR="005A6F77">
        <w:t>,</w:t>
      </w:r>
    </w:p>
    <w:p w:rsidR="006703E7" w:rsidRDefault="00222C4D">
      <w:r>
        <w:t>2 )Rada Pedagogiczna</w:t>
      </w:r>
      <w:r w:rsidR="005A6F77">
        <w:t>,</w:t>
      </w:r>
    </w:p>
    <w:p w:rsidR="006703E7" w:rsidRDefault="00222C4D">
      <w:r>
        <w:t>3 ) Rada Rodziców</w:t>
      </w:r>
      <w:r w:rsidR="005A6F77">
        <w:t>.</w:t>
      </w:r>
    </w:p>
    <w:p w:rsidR="006703E7" w:rsidRDefault="00222C4D">
      <w:r>
        <w:t>2.Głównym celem działania organów przedszkola jest współdziałanie ze sobą w kierunku poszukiwania nowych form i metod pracy przedszkola oraz realizacji celów i zadań przedszkola, stała wymiana informacji o podejmowanych i planowanych decyzjach oraz pozyskiwanie środków finansowych zapewniających prawidłowe funkcjonowanie przedszkola.</w:t>
      </w:r>
    </w:p>
    <w:p w:rsidR="006703E7" w:rsidRDefault="00222C4D">
      <w:pPr>
        <w:pStyle w:val="Nagwek2"/>
      </w:pPr>
      <w:r>
        <w:t>Dyrektor przedszkola</w:t>
      </w:r>
    </w:p>
    <w:p w:rsidR="006703E7" w:rsidRDefault="00222C4D">
      <w:r>
        <w:t>1.1) Dyrektor wybierany jest w drodze konkursu spośród kandydatów posiadających kwalifikacje nauczyciela przedszkola i co najmniej pięcioletni staż pracy (sposób powierzenia stanowiska dyrektora określają odrębne przepisy).</w:t>
      </w:r>
    </w:p>
    <w:p w:rsidR="006703E7" w:rsidRDefault="00222C4D">
      <w:r>
        <w:t>1.2) Do zadań dyrektora należy planowanie, organizowanie, kierowanie,</w:t>
      </w:r>
      <w:r w:rsidR="005A6F77">
        <w:t xml:space="preserve"> </w:t>
      </w:r>
      <w:r>
        <w:t>nadzorowanie pracy przedszkola oraz reprezentowanie go na zewnątrz,</w:t>
      </w:r>
      <w:r w:rsidR="00FA77AA">
        <w:t xml:space="preserve"> </w:t>
      </w:r>
      <w:r>
        <w:t>a w szczególności:</w:t>
      </w:r>
    </w:p>
    <w:p w:rsidR="006703E7" w:rsidRDefault="00222C4D">
      <w:r>
        <w:t>a) zapewnienie każdemu dziecku bezpieczeństwa i opieki oraz</w:t>
      </w:r>
      <w:r w:rsidR="00FA77AA">
        <w:t xml:space="preserve"> </w:t>
      </w:r>
      <w:r w:rsidR="00CD6D89">
        <w:t>higienicznych warunków pobytu,</w:t>
      </w:r>
    </w:p>
    <w:p w:rsidR="006703E7" w:rsidRDefault="00222C4D">
      <w:r>
        <w:t>b) tworzenie warunków do harmonijnego rozwoju psychofizycznego dzieci poprzez aktywne działania prozdrowotne,</w:t>
      </w:r>
    </w:p>
    <w:p w:rsidR="006703E7" w:rsidRDefault="00222C4D">
      <w:r>
        <w:t>c)tworzenie warunków do realizacji zadań dydaktycznych, wychowawczych</w:t>
      </w:r>
      <w:r w:rsidR="005A6F77">
        <w:t xml:space="preserve"> </w:t>
      </w:r>
      <w:r>
        <w:t>i opiekuńczych przedszkola,</w:t>
      </w:r>
    </w:p>
    <w:p w:rsidR="006703E7" w:rsidRDefault="00222C4D">
      <w:r>
        <w:t>d)kształtowanie twórczej atmosfery pracy w przedszkolu, właściwych warunków pracy i stosunków pracowniczych,</w:t>
      </w:r>
    </w:p>
    <w:p w:rsidR="006703E7" w:rsidRDefault="00222C4D">
      <w:r>
        <w:t>e)współdziałanie z gminą w zakresie realizacji zadań wymagających takiego współdziałania,</w:t>
      </w:r>
    </w:p>
    <w:p w:rsidR="006703E7" w:rsidRDefault="00222C4D">
      <w:r>
        <w:t>f)kierowanie bieżącą działalnością opiekuńczo – wychowawczą placówki oraz reprezentowanie jej na zewnątrz,</w:t>
      </w:r>
    </w:p>
    <w:p w:rsidR="006703E7" w:rsidRDefault="00222C4D">
      <w:r>
        <w:t>g)sprawowanie nadzoru pedagogicznego zgodnie z obowiązującymi przepisami,</w:t>
      </w:r>
    </w:p>
    <w:p w:rsidR="006703E7" w:rsidRDefault="00222C4D">
      <w:r>
        <w:t>h) organizowanie w porozumieniu z organem prowadzącym pomocy psychologiczno-pedagogicznej, nauczania indywidualnego dla wychowanków przedszkola</w:t>
      </w:r>
      <w:r w:rsidR="00CD6D89">
        <w:t>,</w:t>
      </w:r>
    </w:p>
    <w:p w:rsidR="006703E7" w:rsidRDefault="00222C4D">
      <w:r>
        <w:t xml:space="preserve">i)opracowanie programu rozwoju przedszkola </w:t>
      </w:r>
      <w:r w:rsidR="00CD6D89">
        <w:t>–</w:t>
      </w:r>
      <w:r>
        <w:t xml:space="preserve"> koncepcji</w:t>
      </w:r>
      <w:r w:rsidR="00CD6D89">
        <w:t>,</w:t>
      </w:r>
    </w:p>
    <w:p w:rsidR="006703E7" w:rsidRDefault="00222C4D">
      <w:r>
        <w:t>j) dokonywanie oceny pracy nauczycieli oraz realizowanie zadań związanych z przygotowaniem do zawodu i awansem zawodowym nauczycieli na zasadach określonych w Karcie Nauczyciela i przepisach wykonawczych,</w:t>
      </w:r>
    </w:p>
    <w:p w:rsidR="006703E7" w:rsidRDefault="00222C4D">
      <w:r>
        <w:t>k)organizowanie warunków dla prawidłowej realizacji Konwencji o prawach dziecka oraz umożliwianie dzieciom podtrzymywania poczucia tożsamości narodowej, etnicznej, językowej i religijnej,</w:t>
      </w:r>
    </w:p>
    <w:p w:rsidR="006703E7" w:rsidRDefault="00222C4D">
      <w:r>
        <w:t>l)zapewnienie pomocy nauczycielkom w realizacji ich zadań oraz ich doskonaleniu zawodowym,</w:t>
      </w:r>
    </w:p>
    <w:p w:rsidR="006703E7" w:rsidRDefault="00222C4D">
      <w:r>
        <w:t>ł) inspirowanie i wspomaganie nauczycieli w spełnianiu przez nich wymagań w zakresie jakości pracy oraz podejmowaniu nowatorstwa pedagogicznego,</w:t>
      </w:r>
    </w:p>
    <w:p w:rsidR="006703E7" w:rsidRDefault="00222C4D">
      <w:r>
        <w:t>m) realizowanie uchwał Rady Pedagogicznej podjętych w ramach jej kompetencji,</w:t>
      </w:r>
    </w:p>
    <w:p w:rsidR="006703E7" w:rsidRDefault="00222C4D">
      <w:r>
        <w:lastRenderedPageBreak/>
        <w:t>n) dysponowanie środkami określonymi w planie finansowym przedszkola zaopiniowanymi przez radę pedagogiczną,</w:t>
      </w:r>
    </w:p>
    <w:p w:rsidR="006703E7" w:rsidRDefault="00222C4D">
      <w:r>
        <w:t>o)organizowanie administracyjnej, finansowej i gospodarczej obsługi oddziału stosownie do obowiązujących przepisów,</w:t>
      </w:r>
    </w:p>
    <w:p w:rsidR="006703E7" w:rsidRDefault="00222C4D">
      <w:r>
        <w:t>p) wykonywanie innych zadań wynikających w szczególności z ustawy – Prawo oświatowe, ustawy o systemie oświaty, Karty Nauczyciela, przepisów dotyczących ochrony małoletnich oraz aktów wykonawczych.</w:t>
      </w:r>
    </w:p>
    <w:p w:rsidR="006703E7" w:rsidRDefault="00222C4D">
      <w:r>
        <w:t>1.3) Dyrektor ponosi pełną odpowiedzialność za zapewnienie odpowiedniego stanu bezpieczeństwa i higieny pracy w przedszkolu.</w:t>
      </w:r>
    </w:p>
    <w:p w:rsidR="006703E7" w:rsidRDefault="00222C4D">
      <w:r>
        <w:t>1.4) Dyrektor jest kierownikiem zakładu pracy dla zatrudnionych nauczycieli i pracowników nie będących nauczycielami.</w:t>
      </w:r>
    </w:p>
    <w:p w:rsidR="006703E7" w:rsidRDefault="00222C4D">
      <w:r>
        <w:t>1.5)Dyrektor w szczególności decyduje w sprawach:</w:t>
      </w:r>
    </w:p>
    <w:p w:rsidR="006703E7" w:rsidRDefault="00222C4D">
      <w:r>
        <w:t>a) zatrudniania i zwalniania nauczycieli oraz innych pracowników przedszkola,</w:t>
      </w:r>
    </w:p>
    <w:p w:rsidR="006703E7" w:rsidRDefault="00222C4D">
      <w:r>
        <w:t>b) ustalania zakresu odpowiedzialności materialnej pracowników zgodnie z przepisami Kodeksu Pracy, po zapewnieniu ku temu niezbędnych warunków,</w:t>
      </w:r>
    </w:p>
    <w:p w:rsidR="006703E7" w:rsidRDefault="00222C4D">
      <w:r>
        <w:t>c) przyznania nagród oraz wymierzania kar porządkowych nauczycielom i innym pracownikom przedszkola,</w:t>
      </w:r>
    </w:p>
    <w:p w:rsidR="006703E7" w:rsidRDefault="00222C4D">
      <w:r>
        <w:t>d) występowania z wnioskami w sprawach odznaczeń, nagród i innych wyróżnień dla nauczycieli i</w:t>
      </w:r>
      <w:r w:rsidR="005A6F77">
        <w:t xml:space="preserve"> innych pracowników przedszkola,</w:t>
      </w:r>
    </w:p>
    <w:p w:rsidR="006703E7" w:rsidRDefault="00222C4D">
      <w:r>
        <w:t>e) dyrektor ustala, czy numer PESEL nauczyciela lub osoby ubiegającej się o zatrudnienie na stanowisku nauczyciela figuruje w centralnym rejestrze orzeczeń dyscyplinarnych. Dopiero wówczas gdy PESEL osób ubiegających się o zatrudnienie na stanowisku nauczyciela znajduje się w rejestrze lub dana osoba nie posiada numeru dyrektor szkoły występuje z wn</w:t>
      </w:r>
      <w:r w:rsidR="005A6F77">
        <w:t>ioskiem o informację z rejestru.</w:t>
      </w:r>
    </w:p>
    <w:p w:rsidR="006703E7" w:rsidRDefault="00222C4D">
      <w:r>
        <w:t>1.6) Dyrektor współdziała z zakładowymi organizacjami związkowymi działającymi w przedszkolu w zakresie przewidzianym odrębnymi przepisami.</w:t>
      </w:r>
    </w:p>
    <w:p w:rsidR="006703E7" w:rsidRDefault="00222C4D">
      <w:r>
        <w:t>1.7) Dyrektor administruje zakładowym funduszem świadczeń socjalnych, zgodnie z ustalonym regulaminem.</w:t>
      </w:r>
    </w:p>
    <w:p w:rsidR="006703E7" w:rsidRDefault="00222C4D">
      <w:r>
        <w:t>1.8) Dyrektor egzekwuje przestrzeganie przez pracowników regulaminu pracy przedszkola.</w:t>
      </w:r>
    </w:p>
    <w:p w:rsidR="006703E7" w:rsidRDefault="00222C4D">
      <w:r>
        <w:t>1.9) Dyrektor sprawuje nadzór nad działalnością administracyjno-gospodarczą przedszkola.</w:t>
      </w:r>
    </w:p>
    <w:p w:rsidR="006703E7" w:rsidRDefault="00222C4D">
      <w:r>
        <w:t>1.10) Dyrektor organizuje przeglądy techniczne obiektów przedszkola oraz prace konserwacyjno-remontowe.</w:t>
      </w:r>
    </w:p>
    <w:p w:rsidR="006703E7" w:rsidRDefault="00222C4D">
      <w:r>
        <w:t>1.11) Dyrektor organizuje okresowe inwentaryzacje majątku przedszkola.</w:t>
      </w:r>
    </w:p>
    <w:p w:rsidR="006703E7" w:rsidRDefault="00222C4D">
      <w:r>
        <w:t>1.12) Dyrektora podczas jego nieobecności zastępuje nauczyciel wyznaczony przez niego w p</w:t>
      </w:r>
      <w:r w:rsidR="00FE67FA">
        <w:t>orozumieniu z radą pedagogiczną (dyrektor społeczny).</w:t>
      </w:r>
    </w:p>
    <w:p w:rsidR="006703E7" w:rsidRDefault="00222C4D">
      <w:r>
        <w:t>1.13) Dyrektor w wykonywaniu swoich zadań współdziała z radą pedagogiczną i z rodzicami.</w:t>
      </w:r>
    </w:p>
    <w:p w:rsidR="006703E7" w:rsidRDefault="00222C4D">
      <w:r>
        <w:t>1.14) Dyrektor jest przewodniczącym rady pedagogicznej, prowadzi i przygotowuje zebrania rady pedagogicznej oraz jest odpowiedzialny za zawiadomienie wszystkich członków o terminie i porządku zebrania zgodnie z regulaminem.</w:t>
      </w:r>
    </w:p>
    <w:p w:rsidR="006703E7" w:rsidRDefault="00222C4D">
      <w:r>
        <w:t>1.15) Dyrektor przedstawia radzie pedagogicznej nie rzadziej niż dwa razy w roku szkolnym wnioski wynikające ze spra</w:t>
      </w:r>
      <w:r w:rsidR="00FE67FA">
        <w:t xml:space="preserve">wowania nadzoru pedagogicznego </w:t>
      </w:r>
      <w:r>
        <w:t>oraz informacji o działalności przedszkola.</w:t>
      </w:r>
    </w:p>
    <w:p w:rsidR="006703E7" w:rsidRDefault="00222C4D">
      <w:r>
        <w:t>1.16) Dyrektor nadzoruje prawidłowe prowadzenie dokumentacji przebiegu nauczania i wychowania oraz działalności opiekuńczej zgodnie z obowiązującymi przepisami i ustaleniami.</w:t>
      </w:r>
    </w:p>
    <w:p w:rsidR="006703E7" w:rsidRDefault="00222C4D">
      <w:r>
        <w:lastRenderedPageBreak/>
        <w:t>a) Dyrektor przedszkola jest zobowiązany powiadomić dyrektora szkoły, w obwodzie której dziecko mieszka, o spełnianiu przez dziecko obowiązku, o którym mowa w § 37ust.4 pkt.1 w tym przedszkolu oraz o zmianach w tym zakresie.</w:t>
      </w:r>
    </w:p>
    <w:p w:rsidR="006703E7" w:rsidRDefault="00222C4D">
      <w:r>
        <w:t>1.17) Dyrektor odpowiada za właściwe przechowywanie dokumentacji, zgodnie</w:t>
      </w:r>
      <w:r w:rsidR="00FA77AA">
        <w:t xml:space="preserve"> </w:t>
      </w:r>
      <w:r>
        <w:t>z obowiązującymi przepisami.</w:t>
      </w:r>
    </w:p>
    <w:p w:rsidR="006703E7" w:rsidRDefault="00222C4D">
      <w:r>
        <w:t>1.18) Dyrektor tworzy warunki do prowadzenia działalności innowacyjnej oraz, w przypadku eksperymentu pedagogicznego, wykonuje zadania określone w ustawie – Prawo oświatowe i przepisach wykonawczych.</w:t>
      </w:r>
    </w:p>
    <w:p w:rsidR="006703E7" w:rsidRDefault="00222C4D">
      <w:r>
        <w:t>1.19)Dyrektor dysponuje środkami określonymi w planie finansowym przedszkola zaopiniowanymi przez radę pedagogiczną i radę rodziców i ponosi odpowiedzialność za ich prawidłowe wykorzystanie, a także może organizować administracyjną, finansową i gospodarczą obsługę przedszkola.</w:t>
      </w:r>
    </w:p>
    <w:p w:rsidR="006703E7" w:rsidRDefault="00222C4D">
      <w:r>
        <w:t>1.20) Dyrektor przydziela w uzgodnieniu z radą pedagogiczną stałe prace i zajęcia w ramach wynagrodzenia zasadniczego oraz dodatkowo płatne zajęcia dydaktyczne, wychowawcze i opiekuńcze.</w:t>
      </w:r>
    </w:p>
    <w:p w:rsidR="006703E7" w:rsidRDefault="00222C4D">
      <w:r>
        <w:t>1.21) Dyrektor wstrzymuje wykonanie uchwał rady pedagogicznej niezgodnych z przepisami prawa.</w:t>
      </w:r>
    </w:p>
    <w:p w:rsidR="006703E7" w:rsidRDefault="00222C4D">
      <w:r>
        <w:t>1.22) W przypadku nieobecności dyrektora przedszkola zastępuje go nauczyciel wyznaczony przez niego w porozumieniu z radą pedagogiczną.</w:t>
      </w:r>
    </w:p>
    <w:p w:rsidR="006703E7" w:rsidRDefault="00222C4D">
      <w:r>
        <w:t>1.23) Dyrektor przedszkola dopuszcza programy do użytku po zasięgnięciu opinii rady pedagogicznej i umieszcza je w Zestawie Programów Przedszkola, który będzie obowiązywał w danym roku szkolnym.</w:t>
      </w:r>
    </w:p>
    <w:p w:rsidR="006703E7" w:rsidRDefault="00222C4D">
      <w:r>
        <w:t>1.24) Dyrektor stwarza warunki do działania w przedszkolu: wolontariuszy, stowarzyszeń i innych organizacji harcerskich, których celem statutowym jest działalność wychowawcza lub rozszerzenie i wzbogacenie form działalności dydaktycznej, wychowawczej i opiekuńczej przedszkola.</w:t>
      </w:r>
    </w:p>
    <w:p w:rsidR="006703E7" w:rsidRDefault="00222C4D">
      <w:r>
        <w:t>1.25) Dyrektor wykonuje zadania związane z zapewnieniem bezpieczeństwa dzieciom i nauczycielom w czasie zajęć organizowanych przez placówkę.</w:t>
      </w:r>
    </w:p>
    <w:p w:rsidR="006703E7" w:rsidRDefault="00222C4D">
      <w:r>
        <w:t>1.26) Dyrektor przedszkola, którego wychowanek posiada orzeczenie o potrzebie indywidualnego obowiązkowego rocznego przygotowania przedszkolnego, organizuje takie nauczanie w porozumieniu z organem prowadzącym.</w:t>
      </w:r>
    </w:p>
    <w:p w:rsidR="006703E7" w:rsidRDefault="00222C4D">
      <w:r>
        <w:t>1.27) Jeżeli przedszkole organizuje wczesne wspomaganie rozwoju dziecka, dyrektor powołuje zespół wczesnego wspomagania rozwoju i zapewnia realizację zaleceń wynikających z opinii o potrzebie wczesnego wspomagania rozwoju zgodnie z odrębnymi przepisami.</w:t>
      </w:r>
    </w:p>
    <w:p w:rsidR="006703E7" w:rsidRDefault="00222C4D">
      <w:r>
        <w:t>1.28 Dyrektor przedszkola organizuje pomoc psychologiczno – pedagogiczną w formie:</w:t>
      </w:r>
    </w:p>
    <w:p w:rsidR="006703E7" w:rsidRDefault="00222C4D">
      <w:r>
        <w:t>1 ) zajęć rozwijających uzdolnienia;</w:t>
      </w:r>
    </w:p>
    <w:p w:rsidR="006703E7" w:rsidRDefault="00222C4D">
      <w:r>
        <w:t>2 ) zajęć specjalistycznych: korekcyjno-kompensacyjnych, logopedycznych, rozwijających kompetencje emocjonalno--społeczne oraz innych zajęć o charakterze terapeutycznym;</w:t>
      </w:r>
    </w:p>
    <w:p w:rsidR="006703E7" w:rsidRDefault="00222C4D">
      <w:r>
        <w:t>3 ) zindywidualizowanej ścieżki realizacji obowiązkowego rocznego przygotowania przedszkolnego;</w:t>
      </w:r>
    </w:p>
    <w:p w:rsidR="006703E7" w:rsidRDefault="00222C4D">
      <w:r>
        <w:t>4 ) porad i konsultacji.</w:t>
      </w:r>
    </w:p>
    <w:p w:rsidR="006703E7" w:rsidRDefault="00222C4D">
      <w:r>
        <w:t>1.29 Dyrektor występuje z urzędu w obronie nauczyciela, gdy ustalone dla nauczyciela uprawnienia zostaną naruszone.</w:t>
      </w:r>
    </w:p>
    <w:p w:rsidR="006703E7" w:rsidRDefault="00222C4D">
      <w:r>
        <w:t>1.29a) Dyrektor odpowiada za wdrożenie, stosowanie, przegląd i aktualizację Standardów Ochrony Małoletnich oraz za realizację obowiązków weryfikacyjnych wobec osób dopuszczanych do działalności z małoletnimi.</w:t>
      </w:r>
    </w:p>
    <w:p w:rsidR="006703E7" w:rsidRDefault="00222C4D">
      <w:r>
        <w:t>1.29b) Dyrektor zapewnia organizację pomocy psychologiczno-pedagogicznej, kształcenia specjalnego oraz współpracy nauczycieli i specjalistów zgodnie z rozpoznanymi potrzebami dzieci i przepisami prawa.</w:t>
      </w:r>
    </w:p>
    <w:p w:rsidR="006703E7" w:rsidRDefault="00222C4D">
      <w:r>
        <w:lastRenderedPageBreak/>
        <w:t>1.30 Oceny pracy dyrektora oraz nauczyciela, któremu czasowo powierzono pełnienie obowiązków dyrektora przedszkola, dokonuje organ sprawujący nadzór pedagogiczny w porozumieniu z organem prowadzącym przedszkole.</w:t>
      </w:r>
    </w:p>
    <w:p w:rsidR="006703E7" w:rsidRDefault="00222C4D">
      <w:r>
        <w:t>2. W przypadku zawieszenia zajęć na okres powyżej dwóch dni dyrektor przedszkola organizuje dla dzieci zajęcia z wykorzystaniem metod i technik kształcenia na odległość, nie później niż od trzeciego dnia zawieszenia zajęć.</w:t>
      </w:r>
    </w:p>
    <w:p w:rsidR="006703E7" w:rsidRDefault="00222C4D">
      <w:r>
        <w:t>3. Zajęcia z wykorzystaniem metod i technik kształcenia na odległość organizuje się z uwzględnieniem w szczególności:</w:t>
      </w:r>
    </w:p>
    <w:p w:rsidR="006703E7" w:rsidRDefault="00222C4D">
      <w:r>
        <w:t>1 ) równomiernego obciążenia dzieci zajęciami w poszczególnych dniach tygodnia,</w:t>
      </w:r>
    </w:p>
    <w:p w:rsidR="006703E7" w:rsidRDefault="00222C4D">
      <w:r>
        <w:t>2 ) zróżnicowania zajęć w każdym dniu,</w:t>
      </w:r>
    </w:p>
    <w:p w:rsidR="006703E7" w:rsidRDefault="00222C4D">
      <w:r>
        <w:t>3 ) możliwości psychofizycznych dzieci do podejmowania intensywnego wysiłku umysłowego w ciągu dnia,</w:t>
      </w:r>
    </w:p>
    <w:p w:rsidR="006703E7" w:rsidRDefault="00222C4D">
      <w:r>
        <w:t>4 ) ograniczeń wynikających ze specyfiki zajęć,</w:t>
      </w:r>
    </w:p>
    <w:p w:rsidR="006703E7" w:rsidRDefault="00222C4D">
      <w:r>
        <w:t>5 ) konieczności zapewnienia bezpieczeństwa wynikającego ze specyfiki zajęć.</w:t>
      </w:r>
    </w:p>
    <w:p w:rsidR="006703E7" w:rsidRDefault="00222C4D">
      <w:r>
        <w:t>4. W okresie prowadzenia zajęć z wykorzystaniem metod i technik kształcenia na odległość, dyrektor, w porozumieniu z radą pedagogiczną, może czasowo modyfikować:</w:t>
      </w:r>
    </w:p>
    <w:p w:rsidR="006703E7" w:rsidRDefault="00222C4D">
      <w:r>
        <w:t>1. tygodniowy zakres treści nauczania z zajęć wynikających z ramowego rozkładu dnia przedszkola,</w:t>
      </w:r>
    </w:p>
    <w:p w:rsidR="006703E7" w:rsidRDefault="00222C4D">
      <w:r>
        <w:t>2. tygodniowy rozkład zajęć w zakresie prowadzonych w przedszkolu zajęć z wykorzystaniem metod i technik kształcenia na odległość.</w:t>
      </w:r>
    </w:p>
    <w:p w:rsidR="006703E7" w:rsidRDefault="00222C4D">
      <w:r>
        <w:t>5. Dyrektor organizuje zajęcia na terenie przedszkola dla dziecka, które z uwagi na trudną sytuację rodzinną nie może realizować zajęć z wykorzystaniem metod i technik kształcenia na odległość w miejscu zamieszkania, na wniosek rodziców dziecka. Zajęcia organizuje się zgodnie z § 17 ust. 17.</w:t>
      </w:r>
    </w:p>
    <w:p w:rsidR="006703E7" w:rsidRDefault="00222C4D">
      <w:r>
        <w:t>6. W uzasadnionych przypadkach, w szczególności gdy nie jest możliwe zapewnienie bezpiecznych i higienicznych warunków nauki na terenie przedszkola, dyrektor w porozumieniu z organem prowadzącym może zorganizować dla dziecka, które z uwagi na rodzaj niepełnosprawności nie może realizować zajęć z wykorzystaniem metod i technik kształcenia na odległość w miejscu zamieszkania, zajęcia na terenie innego, wskazanego przez organ prowadzący przedszkola.</w:t>
      </w:r>
    </w:p>
    <w:p w:rsidR="006703E7" w:rsidRDefault="00222C4D">
      <w:r>
        <w:t>7. W okresie prowadzenia zajęć z wykorzystaniem metod i technik kształcenia na odległość dyrektor koordynuje współpracę nauczycieli z dziećmi i rodzicami, uwzględniając potrzeby edukacyjne i możliwości psychofizyczne dzieci.</w:t>
      </w:r>
    </w:p>
    <w:p w:rsidR="006703E7" w:rsidRDefault="00222C4D">
      <w:r>
        <w:t>8. W szczególnie uzasadnionych przypadkach dyrektor przedszkola za zgodą organu prowadzącego i po uzyskaniu pozytywnej opinii organu sprawującego nadzór pedagogiczny może odstąpić od organizowania dla dzieci zajęć z wykorzystaniem metod i technik kształcenia na odległość.</w:t>
      </w:r>
    </w:p>
    <w:p w:rsidR="006703E7" w:rsidRDefault="00222C4D">
      <w:r>
        <w:t>9. W przypadku odstąpienia od organizowania zajęć z wykorzystaniem metod i technik kształcenia na odległość nauczyciele mogą w okresie zawieszenia zajęć w przedszkolu informować rodziców oraz dzieci o dostępnych materiałach i możliwych sposobach utrwalania wiedzy i rozwijania zainteresowań przez dziecko w miejscu zamieszkania.</w:t>
      </w:r>
    </w:p>
    <w:p w:rsidR="006703E7" w:rsidRDefault="00222C4D">
      <w:r>
        <w:t>10. O sposobie realizacji zajęć z wykorzystaniem metod i technik kształcenia na odległość, jak również o modyfikacji tygodniowego zakresu treści nauczania z zajęć oraz tygodniowego rozkładu zajęć, dyrektor przedszkola informuje organ prowadzący i organ sprawujący nadzór pedagogiczny.</w:t>
      </w:r>
    </w:p>
    <w:p w:rsidR="006703E7" w:rsidRDefault="00222C4D">
      <w:pPr>
        <w:pStyle w:val="Nagwek2"/>
      </w:pPr>
      <w:r>
        <w:t>Rada Pedagogiczna</w:t>
      </w:r>
    </w:p>
    <w:p w:rsidR="006703E7" w:rsidRDefault="00222C4D">
      <w:r>
        <w:t>2.1) W przedszkolu działa rada pedagogiczna, która jest kolegialnym organem przedszkola w zakresie realizacji jego statutowych zadań dotyczących kształcenia, wychowania i opieki.</w:t>
      </w:r>
    </w:p>
    <w:p w:rsidR="006703E7" w:rsidRDefault="00222C4D">
      <w:r>
        <w:lastRenderedPageBreak/>
        <w:t>a) Rada pedagogiczna ustala regulamin swojej działalności.</w:t>
      </w:r>
    </w:p>
    <w:p w:rsidR="006703E7" w:rsidRDefault="00222C4D">
      <w:r>
        <w:t>2.2) W skład rady pedagogicznej wchodzą: dyrektor, ws</w:t>
      </w:r>
      <w:r w:rsidR="00FA77AA">
        <w:t xml:space="preserve">zyscy nauczyciele zatrudnieni w </w:t>
      </w:r>
      <w:r w:rsidR="00CD6D89">
        <w:t>przedszkolu,logopeda, pedagog, psycholog.</w:t>
      </w:r>
    </w:p>
    <w:p w:rsidR="006703E7" w:rsidRDefault="00222C4D">
      <w:r>
        <w:t>2.3)W zebraniach rady pedagogicznej mogą brać udział (z głosem doradczym) osoby zaproszone przez jej przewodniczącego, za zgodą lub na wniosek rady pedagogicznej, w tym przedstawiciele stowarzyszeń i innych organizacji, w szczególności organizacji harcerskich, którym celem statutowym jest działalność wychowawcza lub rozszerzanie i wzbogacanie form działalności dydaktycznej, wychowawczej i opiekuńczej placówki.</w:t>
      </w:r>
    </w:p>
    <w:p w:rsidR="006703E7" w:rsidRDefault="00222C4D">
      <w:r>
        <w:t>2.4) Przewodniczącym rady pedagogicznej jest dyrektor przedszkola.</w:t>
      </w:r>
    </w:p>
    <w:p w:rsidR="006703E7" w:rsidRDefault="00222C4D">
      <w:r>
        <w:t>2.5) Przewodniczący przygotowuje i prowadzi zebrania rady pedagogicznej.</w:t>
      </w:r>
    </w:p>
    <w:p w:rsidR="006703E7" w:rsidRDefault="00222C4D">
      <w:r>
        <w:t>2.6) Zebrania plenarne rady pedagogicznej organizowane są przed rozpoczęciem roku szkolnego, w każdym semestrze w związku z podsumowaniem i oceną prowadzonej pracy dydaktycznej, wychowawczej i opiekuńczej-nie rzadziej niż raz na kwartał lub w miarę bieżących potrzeb.</w:t>
      </w:r>
    </w:p>
    <w:p w:rsidR="006703E7" w:rsidRDefault="00222C4D">
      <w:r>
        <w:t>2.7) Inicjatorem zebrań rady pedagogicznej może być:</w:t>
      </w:r>
    </w:p>
    <w:p w:rsidR="006703E7" w:rsidRDefault="00222C4D">
      <w:r>
        <w:t>a) dyrektor przedszkola,</w:t>
      </w:r>
    </w:p>
    <w:p w:rsidR="006703E7" w:rsidRDefault="00222C4D">
      <w:r>
        <w:t>b) rada pedagogiczna - co najmniej 1/3 członków,</w:t>
      </w:r>
    </w:p>
    <w:p w:rsidR="006703E7" w:rsidRDefault="00222C4D">
      <w:r>
        <w:t>c) organ prowadzący,</w:t>
      </w:r>
    </w:p>
    <w:p w:rsidR="006703E7" w:rsidRDefault="00222C4D">
      <w:r>
        <w:t>d) organ sprawujący nadzór pedagogiczny.</w:t>
      </w:r>
    </w:p>
    <w:p w:rsidR="006703E7" w:rsidRDefault="00222C4D">
      <w:r>
        <w:t>2.8) Przewodniczący prowadzi i przygotowuje zebrania rady pedagogicznej oraz jest odpowiedzialny za zawiadomienie jej członków o terminie i porządku zebrania zgodnie z regulaminem rady.</w:t>
      </w:r>
    </w:p>
    <w:p w:rsidR="006703E7" w:rsidRDefault="00222C4D">
      <w:r>
        <w:t>2.9) Termin zwoływania rady powinien być podany w miarę możliwości na tydzień przed posiedzeniem.</w:t>
      </w:r>
    </w:p>
    <w:p w:rsidR="006703E7" w:rsidRDefault="00222C4D">
      <w:r>
        <w:t>2.10) Do kompetencji rady pedagogicznej należy:</w:t>
      </w:r>
    </w:p>
    <w:p w:rsidR="006703E7" w:rsidRDefault="00222C4D">
      <w:r>
        <w:t>a) zatwierdzanie planów pracy przedszkola i organizacji pracy przedszkola,</w:t>
      </w:r>
    </w:p>
    <w:p w:rsidR="006703E7" w:rsidRDefault="00222C4D">
      <w:r>
        <w:t>b) podejmowanie uchwał w sprawach eksperymentów pedagogicznych w zakresie wynikającym z przepisów prawa oraz wspieranie działalności innowacyjnej przedszkola,</w:t>
      </w:r>
    </w:p>
    <w:p w:rsidR="006703E7" w:rsidRDefault="00222C4D">
      <w:r>
        <w:t>c) ustalanie organizacji doskonalenia zawodowego nauczycieli,</w:t>
      </w:r>
    </w:p>
    <w:p w:rsidR="006703E7" w:rsidRDefault="00222C4D">
      <w:r>
        <w:t>d) uchwalanie statutu przedszkola</w:t>
      </w:r>
      <w:r w:rsidR="00FE67FA">
        <w:t>,</w:t>
      </w:r>
    </w:p>
    <w:p w:rsidR="006703E7" w:rsidRDefault="00222C4D">
      <w:r>
        <w:t>e) podejmowanie uchwał w sprawach skreśle</w:t>
      </w:r>
      <w:r w:rsidR="00FE67FA">
        <w:t>nia dziecka z listy wychowanków,</w:t>
      </w:r>
    </w:p>
    <w:p w:rsidR="006703E7" w:rsidRDefault="00222C4D">
      <w:r>
        <w:t>f) ustalanie sposobu wykorzystania wyników nadzoru pedagogicznego, w tym sprawowanego nad przedszkolem przez organ sprawujący nadzór pedagogiczny, w celu doskonalenia pracy przedszkola.</w:t>
      </w:r>
    </w:p>
    <w:p w:rsidR="006703E7" w:rsidRDefault="00222C4D">
      <w:r>
        <w:t>2.11) Rada pedagogiczna opiniuje:</w:t>
      </w:r>
    </w:p>
    <w:p w:rsidR="006703E7" w:rsidRDefault="00222C4D">
      <w:r>
        <w:t>a)organizację pracy przedszkola wraz z tygodniowym rozkładem zajęć, ramowy rozkład dnia poszczególnych oddziałów, uwzględniając potrzeby i zainteresowania dzieci</w:t>
      </w:r>
      <w:r w:rsidR="00FE67FA">
        <w:t>,</w:t>
      </w:r>
    </w:p>
    <w:p w:rsidR="006703E7" w:rsidRDefault="00222C4D">
      <w:r>
        <w:t>b)</w:t>
      </w:r>
      <w:r w:rsidR="00CD6D89">
        <w:t>programy</w:t>
      </w:r>
      <w:r w:rsidR="005A6F77">
        <w:t>,</w:t>
      </w:r>
    </w:p>
    <w:p w:rsidR="006703E7" w:rsidRDefault="00222C4D">
      <w:r>
        <w:t>c)projekt planu finansowego przedszkola</w:t>
      </w:r>
      <w:r w:rsidR="005A6F77">
        <w:t>,</w:t>
      </w:r>
    </w:p>
    <w:p w:rsidR="006703E7" w:rsidRDefault="00222C4D">
      <w:r>
        <w:t>d)wnioski dyrektora o przyznanie nauczycielom odznaczeń, nagród i innych wyróżnień,</w:t>
      </w:r>
    </w:p>
    <w:p w:rsidR="006703E7" w:rsidRDefault="00222C4D">
      <w:r>
        <w:t>e)propozycje dyrektora w sprawach przydziału nauczycielom stałych prac i zajęć w ramach wynagrodzenia zasadniczego oraz dodatkowo płatnych zajęć dydaktycznych, wychowawczych i opiekuńczych</w:t>
      </w:r>
      <w:r w:rsidR="005A6F77">
        <w:t>,</w:t>
      </w:r>
    </w:p>
    <w:p w:rsidR="006703E7" w:rsidRDefault="00222C4D">
      <w:r>
        <w:t>f)wnioski nauczycieli w sprawie doskonalenia organizacji pracy przedszkola.</w:t>
      </w:r>
    </w:p>
    <w:p w:rsidR="006703E7" w:rsidRDefault="00222C4D">
      <w:r>
        <w:lastRenderedPageBreak/>
        <w:t>2.12)Uchwały rady pedagogicznej podejmowane są zwykłą większością głosów w obecności co najmniej połowy jej członków.</w:t>
      </w:r>
    </w:p>
    <w:p w:rsidR="006703E7" w:rsidRDefault="00222C4D">
      <w:r>
        <w:t>2.13)Przewodniczący rady pedagogicznej może wstrzymać wykonanie uchwał niezgodnych z przepisami prawa. O tym fakcie niezwłocznie powiadamia organ prowadzący i organ sprawujący nadzór pedagogiczny.</w:t>
      </w:r>
    </w:p>
    <w:p w:rsidR="006703E7" w:rsidRDefault="00222C4D">
      <w:r>
        <w:t>2.14) Organ sprawujący nadzór pedagogiczny uchyla uchwałę w razie stwierdzenia jej niezgodności z przepisami prawa po zasięgnięciu opinii organu prowadzącego przedszkole.</w:t>
      </w:r>
    </w:p>
    <w:p w:rsidR="006703E7" w:rsidRDefault="00222C4D">
      <w:r>
        <w:t>2.15) Rozstrzygnięcie organu sprawującego nadzór pedagogiczny jest ostateczne.</w:t>
      </w:r>
    </w:p>
    <w:p w:rsidR="006703E7" w:rsidRDefault="00222C4D">
      <w:r>
        <w:t>2.16) Zebrania Rady Pedagogicznej są protokołowane.</w:t>
      </w:r>
    </w:p>
    <w:p w:rsidR="006703E7" w:rsidRDefault="00222C4D">
      <w:r>
        <w:t>2.17)Nauczyciele zobowiązani są do przestrzegania przepisów wynikających z ustawy z dnia 10 maja 2018 r. o ochronie danych osobowych (t.j. Dz.U. z 2019 r. poz. 1781) i ustawy z dnia 5 sierpnia 2010 r. o ochronie informacji niejawnych (t.j. Dz.U. z 2019 r. poz.742 ze zm.).</w:t>
      </w:r>
    </w:p>
    <w:p w:rsidR="006703E7" w:rsidRDefault="00222C4D">
      <w:r>
        <w:t>a) Osoby biorące udział w zebraniu rady peda</w:t>
      </w:r>
      <w:r w:rsidR="00FE67FA">
        <w:t xml:space="preserve">gogicznej są obowiązane do nie </w:t>
      </w:r>
      <w:r>
        <w:t>ujawniania spraw poruszanych na zebraniu rady pedagogicznej, które mogą naruszać dobra osobiste dzieci lub ich rodziców, a także nauczycieli i innych pracowników placówki.</w:t>
      </w:r>
    </w:p>
    <w:p w:rsidR="006703E7" w:rsidRDefault="00222C4D">
      <w:r>
        <w:t>2.18) Rada Pedagogiczna przygotowuje projekt statutu przedszkola oraz jego zmiany i przedstawia do uchwalenia.</w:t>
      </w:r>
    </w:p>
    <w:p w:rsidR="006703E7" w:rsidRDefault="00222C4D">
      <w:r>
        <w:t>2.19) Rada Pedagogiczna może wystąpić z wnioskiem do organu prowadzącego przedszkole o odwołanie z funkcji dyrektora lub innego stanowiska kierowniczego.</w:t>
      </w:r>
    </w:p>
    <w:p w:rsidR="006703E7" w:rsidRDefault="00222C4D">
      <w:r>
        <w:t>2.19.a. W przypadku określonym w ust.18, organ uprawniony do odwołania jest obowiązany przeprowadzić postępowanie wyjaśniające i powiadomić o jego wyniku radę pedagogiczną w ciągu 14 dni od otrzymania wniosku.</w:t>
      </w:r>
    </w:p>
    <w:p w:rsidR="006703E7" w:rsidRDefault="00222C4D">
      <w:r>
        <w:t>2.20)Rada pedagogiczna wybiera dwóch przedstawicieli do komisji konkursowe na stanowisko dyrektora przedszkola.</w:t>
      </w:r>
    </w:p>
    <w:p w:rsidR="006703E7" w:rsidRDefault="00222C4D">
      <w:r>
        <w:t>2.21) W przedszkolu nie powołuje się Rady Przedszkola.</w:t>
      </w:r>
    </w:p>
    <w:p w:rsidR="006703E7" w:rsidRDefault="00222C4D">
      <w:r>
        <w:t>Kompetencje Rady Przedszkola sprawuje Rada Pedagogiczna.</w:t>
      </w:r>
    </w:p>
    <w:p w:rsidR="006703E7" w:rsidRDefault="00222C4D">
      <w:r>
        <w:t>2.22) Dyrektor przedstawia radzie pedagogicznej dwa razy w roku szkolnym</w:t>
      </w:r>
      <w:r w:rsidR="00EB0FBE">
        <w:t xml:space="preserve"> </w:t>
      </w:r>
      <w:r>
        <w:t>ogólne wnioski wynikające ze sprawowanego nadzoru</w:t>
      </w:r>
      <w:r w:rsidR="00EB0FBE">
        <w:t xml:space="preserve"> </w:t>
      </w:r>
      <w:r>
        <w:t>pedagogicznego oraz informacje o działalności przedszkola.</w:t>
      </w:r>
    </w:p>
    <w:p w:rsidR="006703E7" w:rsidRDefault="00222C4D">
      <w:r>
        <w:t>2.23) Rada Pedagogiczna może podjąć uchwałę upoważniającą Dyrektora do skreślenia dziecka nie objętego obowiązkiem szkolnym z listy przedszkolaków w przypadkach:</w:t>
      </w:r>
    </w:p>
    <w:p w:rsidR="006703E7" w:rsidRDefault="00222C4D">
      <w:r>
        <w:t>1 ) braku pisemnego usprawiedliwienia długotrwałej, ciągłej nieobecności dziecka w przedszkolu obejmującej co najmniej 30 dni,</w:t>
      </w:r>
    </w:p>
    <w:p w:rsidR="006703E7" w:rsidRDefault="00222C4D">
      <w:r>
        <w:t>2 ) stwarzania przez dziecko sytuacji zagrażających zdrowiu i bezpieczeństwu własnemu i innych dzieci oraz braku współpracy z rodzicami, mimo zastosowania przyjętego w przedszkolu trybu postępowania,</w:t>
      </w:r>
    </w:p>
    <w:p w:rsidR="006703E7" w:rsidRDefault="00222C4D">
      <w:r>
        <w:t>3 ) nieprzestrzegania przez rodzica dziecka zawartej z Przedszkolem umowy cywilno-prawnej o świadczeniu usług.</w:t>
      </w:r>
    </w:p>
    <w:p w:rsidR="006703E7" w:rsidRDefault="00222C4D">
      <w:r>
        <w:t>2.24. ) Skreślenia dziecka z listy przyjętych wychowanków w wymienionych przypadkach dokonuje Dyrektor, stosując poniższą procedurę:</w:t>
      </w:r>
    </w:p>
    <w:p w:rsidR="006703E7" w:rsidRDefault="00222C4D">
      <w:r>
        <w:t>1 ) wysłanie do rodziców lub doręczenie pisma informującego o naruszeniu zapisów statutu za potwierdzeniem odbioru,</w:t>
      </w:r>
    </w:p>
    <w:p w:rsidR="006703E7" w:rsidRDefault="00222C4D">
      <w:r>
        <w:t>2 ) ustalenie sytuacji dziecka i rodziny, rozmowa-negocjacje Dyrektora</w:t>
      </w:r>
      <w:r w:rsidR="00FA77AA">
        <w:t xml:space="preserve"> </w:t>
      </w:r>
      <w:r>
        <w:t>z rodzicami,</w:t>
      </w:r>
    </w:p>
    <w:p w:rsidR="006703E7" w:rsidRDefault="00222C4D">
      <w:r>
        <w:t>3 ) zasięgnięcie w sytuacji problemowej opinii odpowiednich instytucji zewnętrznych (np. MGOPS, PPP),</w:t>
      </w:r>
    </w:p>
    <w:p w:rsidR="006703E7" w:rsidRDefault="00222C4D">
      <w:r>
        <w:lastRenderedPageBreak/>
        <w:t>4 ) przedstawienie członkom Rady Pedagogicznej sytuacji nie przestrzegania zapisów statutu i powtarzających się uchybień ze strony rodziców dziecka,</w:t>
      </w:r>
    </w:p>
    <w:p w:rsidR="006703E7" w:rsidRDefault="00222C4D">
      <w:r>
        <w:t>5 ) podjęcie uchwały przez Radę Pedagogiczną w sprawie skreślenia z listy wychowanków,</w:t>
      </w:r>
    </w:p>
    <w:p w:rsidR="006703E7" w:rsidRDefault="00222C4D">
      <w:r>
        <w:t>6 ) rozwiązanie umowy cywilno-prawnej o świadczeniu usług.</w:t>
      </w:r>
    </w:p>
    <w:p w:rsidR="006703E7" w:rsidRDefault="00222C4D">
      <w:r>
        <w:t>4. Skreślenie dziecka z listy przyjętych wychowanków następuje w drodze decyzji administracyjnej.</w:t>
      </w:r>
    </w:p>
    <w:p w:rsidR="006703E7" w:rsidRDefault="00222C4D">
      <w:r>
        <w:t>5. Rodzice mają prawo odwołania się od decyzji o skreśleniu ich dziecka w ciągu 14 dni od jej otrzymania do Burmistrza Pasłęka.</w:t>
      </w:r>
    </w:p>
    <w:p w:rsidR="006703E7" w:rsidRDefault="00222C4D">
      <w:pPr>
        <w:pStyle w:val="Nagwek2"/>
      </w:pPr>
      <w:r>
        <w:t>Rada Rodziców</w:t>
      </w:r>
    </w:p>
    <w:p w:rsidR="006703E7" w:rsidRDefault="00222C4D">
      <w:r>
        <w:t>3.1) Rada Rodziców jest reprezentacją rodziców dzieci uczęszczających do przedszkola.</w:t>
      </w:r>
    </w:p>
    <w:p w:rsidR="006703E7" w:rsidRDefault="00222C4D">
      <w:r>
        <w:t>3.2) Rada Rodziców powoływana jest w tajnych wyborach przez trójki grupowe rodziców, które wybierane są na pierwszym zebraniu organizacyjnym w każdym roku szkolnym.</w:t>
      </w:r>
    </w:p>
    <w:p w:rsidR="006703E7" w:rsidRDefault="00222C4D">
      <w:r>
        <w:t>3.3) W skład rad rodziców wchodzą:</w:t>
      </w:r>
    </w:p>
    <w:p w:rsidR="006703E7" w:rsidRDefault="00222C4D">
      <w:r>
        <w:t>- przynajmniej po jednym przedstawicielu rodziców z każdej grupy</w:t>
      </w:r>
      <w:r w:rsidR="00FA77AA">
        <w:t>,</w:t>
      </w:r>
    </w:p>
    <w:p w:rsidR="006703E7" w:rsidRDefault="00222C4D">
      <w:r>
        <w:t>- inne osoby zatwierdzone przez rodziców, wspomagające pracę Rady Rodziców.</w:t>
      </w:r>
    </w:p>
    <w:p w:rsidR="006703E7" w:rsidRDefault="00222C4D">
      <w:pPr>
        <w:pStyle w:val="Nagwek2"/>
      </w:pPr>
      <w:r>
        <w:t>KOMPETENCJE RADY RODZICÓW:</w:t>
      </w:r>
    </w:p>
    <w:p w:rsidR="006703E7" w:rsidRDefault="00222C4D">
      <w:r>
        <w:t>3.4) Do kompetencji Rady Rodziców należy:</w:t>
      </w:r>
    </w:p>
    <w:p w:rsidR="006703E7" w:rsidRDefault="00222C4D">
      <w:r>
        <w:t>a) Występowanie do dyrektora i innych organów przedszkola, organów</w:t>
      </w:r>
      <w:r w:rsidR="00FA77AA">
        <w:t xml:space="preserve"> </w:t>
      </w:r>
      <w:r>
        <w:t>prowadzących przedszkole oraz nadzór pedagogiczny z wnioskami i opiniami we wszystkich sprawach przedszkola.</w:t>
      </w:r>
    </w:p>
    <w:p w:rsidR="006703E7" w:rsidRDefault="00222C4D">
      <w:r>
        <w:t>b) Opiniowanie projektu finansowego składanego przez dyrektora przedszkola</w:t>
      </w:r>
    </w:p>
    <w:p w:rsidR="006703E7" w:rsidRDefault="00222C4D">
      <w:r>
        <w:t>c) Uchwalanie regulaminu działalności Rady Rodziców.</w:t>
      </w:r>
    </w:p>
    <w:p w:rsidR="006703E7" w:rsidRDefault="00222C4D">
      <w:r>
        <w:t>3.5) Rada Rodziców współdziała z przedszkolem w celu ujednolicenia</w:t>
      </w:r>
      <w:r w:rsidR="00FA77AA">
        <w:t xml:space="preserve"> </w:t>
      </w:r>
      <w:r>
        <w:t>oddziaływań na dzieci poprzez rodzinę i przedszkole.</w:t>
      </w:r>
    </w:p>
    <w:p w:rsidR="006703E7" w:rsidRDefault="00222C4D">
      <w:r>
        <w:t>3.6) Rada Rodziców uczestniczy w życiu przedszkola przyczyniając się do podnoszenia jakości pracy przedszkola i zaspakajaniu potrzeb dzieci.</w:t>
      </w:r>
    </w:p>
    <w:p w:rsidR="006703E7" w:rsidRDefault="00222C4D">
      <w:r>
        <w:t>3.7) Rada Rodziców gromadzi fundusze z dobrowolnych składek rodziców oraz innych źródeł.</w:t>
      </w:r>
    </w:p>
    <w:p w:rsidR="006703E7" w:rsidRDefault="00222C4D">
      <w:r>
        <w:t>3.8) Zasady ich wydatkowania określa regulamin Rady Rodziców.</w:t>
      </w:r>
    </w:p>
    <w:p w:rsidR="006703E7" w:rsidRDefault="00222C4D">
      <w:r>
        <w:t>3.9) Rada Rodziców kontroluje prawidłowość gospodarowania funduszem Rady.</w:t>
      </w:r>
    </w:p>
    <w:p w:rsidR="006703E7" w:rsidRDefault="00222C4D">
      <w:r>
        <w:t>3.10) Rada Rodziców wykonuje uprawnienia w zakresie opiniowania pracy nauczyciela wyłącznie w przypadkach i na zasadach określonych w aktualnie obowiązujących przepisach Karty Nauczyciela.</w:t>
      </w:r>
    </w:p>
    <w:p w:rsidR="006703E7" w:rsidRDefault="00222C4D">
      <w:r>
        <w:t>3.11) Rada Rodziców współdziała z dyrektorem w sprawach dotyczących jakości pracy przedszkola, bezpieczeństwa dzieci, wychowania i opieki oraz przedstawia wnioski i opinie w granicach określonych przepisami prawa.</w:t>
      </w:r>
    </w:p>
    <w:p w:rsidR="006703E7" w:rsidRDefault="00222C4D">
      <w:r>
        <w:t>a) Rada Rodziców powinien przedstawić swoją opinie w terminie 14 dni od dnia otrzymania zawiadomienia o dokonywanej ocenie dorobku zawodowego nauczyciela.</w:t>
      </w:r>
    </w:p>
    <w:p w:rsidR="006703E7" w:rsidRDefault="00222C4D">
      <w:r>
        <w:t>b) Nie przestawienie opinii Radzie Rodziców nie wstrzymuje postępowania.</w:t>
      </w:r>
    </w:p>
    <w:p w:rsidR="005A6F77" w:rsidRDefault="005A6F77">
      <w:pPr>
        <w:pStyle w:val="Nagwek1"/>
      </w:pPr>
    </w:p>
    <w:p w:rsidR="006703E7" w:rsidRDefault="00222C4D">
      <w:pPr>
        <w:pStyle w:val="Nagwek1"/>
      </w:pPr>
      <w:r>
        <w:t>§ 11</w:t>
      </w:r>
    </w:p>
    <w:p w:rsidR="006703E7" w:rsidRDefault="00222C4D">
      <w:r>
        <w:t>1. Organy przedszkola współdziałają ze sobą zapewniając:</w:t>
      </w:r>
    </w:p>
    <w:p w:rsidR="006703E7" w:rsidRDefault="00222C4D">
      <w:r>
        <w:t>1) każdemu z nich możliwość swobodnego działania i podejmowania decyzji w ramach swoich kompetencji określonych ustawą o systemie oświaty i zawartych szczegółowo w statucie przedszkola.</w:t>
      </w:r>
    </w:p>
    <w:p w:rsidR="006703E7" w:rsidRDefault="00222C4D">
      <w:r>
        <w:t>2. Między dyrektorem przedszkola, radą pedagogiczną i radą rodziców</w:t>
      </w:r>
      <w:r w:rsidR="00FA77AA">
        <w:t xml:space="preserve"> </w:t>
      </w:r>
      <w:r>
        <w:t>obowiązują następujące zasady współdziałania:</w:t>
      </w:r>
    </w:p>
    <w:p w:rsidR="006703E7" w:rsidRDefault="00222C4D">
      <w:r>
        <w:t>1 ) Dyrektor, rada pedagogiczna i rada rodziców wspólnie organizuje pracę</w:t>
      </w:r>
      <w:r w:rsidR="002D674C">
        <w:t xml:space="preserve"> </w:t>
      </w:r>
      <w:r>
        <w:t>przedszkola (wycieczki, uroczystości, wzbogacanie placówki w zabawki i pomoce dydaktyczne).</w:t>
      </w:r>
    </w:p>
    <w:p w:rsidR="006703E7" w:rsidRDefault="002D674C">
      <w:r>
        <w:t>2</w:t>
      </w:r>
      <w:r w:rsidR="00222C4D">
        <w:t xml:space="preserve"> ) Dyrektor, rada pedagogiczna i rada rodziców wspólnie informują się o podjętych działaniach i decyzjach.</w:t>
      </w:r>
    </w:p>
    <w:p w:rsidR="006703E7" w:rsidRDefault="002D674C">
      <w:r>
        <w:t>3</w:t>
      </w:r>
      <w:r w:rsidR="00222C4D">
        <w:t>) Dyrektor, rada pedagogiczna i rada rodziców współpracują ze sobą w sprawach wychowania, nauczania i opieki.</w:t>
      </w:r>
    </w:p>
    <w:p w:rsidR="006703E7" w:rsidRDefault="00222C4D">
      <w:r>
        <w:t>3. Współdziałanie organów przedszkola ma na celu stwarzanie jak najlepszych warunków rozwoju wychowanka oraz podnoszenie jakości pracy przedszkola.</w:t>
      </w:r>
    </w:p>
    <w:p w:rsidR="006703E7" w:rsidRDefault="00222C4D">
      <w:r>
        <w:t>4. Przedszkole organizuje następujące formy współpracy z rodzicami;</w:t>
      </w:r>
    </w:p>
    <w:p w:rsidR="006703E7" w:rsidRDefault="00222C4D">
      <w:r>
        <w:t>1) zebrania ogólne - w miarę potrzeb bieżących lecz nie rzadziej niż 2 razy w roku,</w:t>
      </w:r>
    </w:p>
    <w:p w:rsidR="006703E7" w:rsidRDefault="00222C4D">
      <w:r>
        <w:t>2) zebrania grupowe 1 raz na kwartał,</w:t>
      </w:r>
    </w:p>
    <w:p w:rsidR="006703E7" w:rsidRDefault="00222C4D">
      <w:r>
        <w:t>3) rozmowy indywidualne z inicjatywy rodziców lub nauczycielki, lub rozmowy indywidualne wg potrzeb,</w:t>
      </w:r>
    </w:p>
    <w:p w:rsidR="006703E7" w:rsidRDefault="00222C4D">
      <w:r>
        <w:t>4) zaję</w:t>
      </w:r>
      <w:r w:rsidR="00EB0FBE">
        <w:t>cia otwarte dla rodziców – min.1</w:t>
      </w:r>
      <w:r>
        <w:t xml:space="preserve"> razy w roku,</w:t>
      </w:r>
    </w:p>
    <w:p w:rsidR="006703E7" w:rsidRDefault="00222C4D">
      <w:r>
        <w:t>5) zajęcia dla</w:t>
      </w:r>
      <w:r w:rsidR="00EB0FBE">
        <w:t xml:space="preserve"> rodziców wraz z dziećmi – min.1</w:t>
      </w:r>
      <w:r>
        <w:t xml:space="preserve"> razy w roku,</w:t>
      </w:r>
    </w:p>
    <w:p w:rsidR="006703E7" w:rsidRDefault="00222C4D">
      <w:r>
        <w:t>6) uroczystości z udziałem rodziców i innych członków najbliższej</w:t>
      </w:r>
      <w:r w:rsidR="00FA77AA">
        <w:t xml:space="preserve"> </w:t>
      </w:r>
      <w:r>
        <w:t>rodziny,</w:t>
      </w:r>
    </w:p>
    <w:p w:rsidR="006703E7" w:rsidRDefault="00222C4D">
      <w:r>
        <w:t>7) kącik dla rodziców prowadzony systematycznie przez cały rok</w:t>
      </w:r>
      <w:r w:rsidR="00FA77AA">
        <w:t xml:space="preserve"> </w:t>
      </w:r>
      <w:r>
        <w:t>szkolny, a w nim m.in.:</w:t>
      </w:r>
    </w:p>
    <w:p w:rsidR="006703E7" w:rsidRDefault="00222C4D">
      <w:r>
        <w:t>a) tablica informacyjna,</w:t>
      </w:r>
    </w:p>
    <w:p w:rsidR="006703E7" w:rsidRDefault="00222C4D">
      <w:r>
        <w:t>b) galeria prac dziecięcych</w:t>
      </w:r>
      <w:r w:rsidR="002D674C">
        <w:t>,</w:t>
      </w:r>
    </w:p>
    <w:p w:rsidR="006703E7" w:rsidRDefault="00222C4D">
      <w:r>
        <w:t>c) skrzynka uwag i wniosków,</w:t>
      </w:r>
    </w:p>
    <w:p w:rsidR="006703E7" w:rsidRDefault="00EB0FBE">
      <w:r>
        <w:t>d) kącik rodzica,</w:t>
      </w:r>
    </w:p>
    <w:p w:rsidR="006703E7" w:rsidRDefault="00EB0FBE">
      <w:r>
        <w:t>e</w:t>
      </w:r>
      <w:r w:rsidR="00222C4D">
        <w:t xml:space="preserve"> ) wspólne plenery – warsztaty plastyczne, muzyczne, rodzinne zabawy w teatr, happeningi ekologiczne.</w:t>
      </w:r>
    </w:p>
    <w:p w:rsidR="006703E7" w:rsidRDefault="00222C4D">
      <w:r>
        <w:t>5. Współdziałanie dyrektora i rady pedagogicznej z rodzicami uwzględnia prawa i obowiązki rodziców wynikające z przepisów ustawy o systemie oświaty, przepisów wykonawczych do ustawy oraz z Europejskiej Karty Praw i Obowiązków Rodziców.</w:t>
      </w:r>
    </w:p>
    <w:p w:rsidR="006703E7" w:rsidRDefault="00222C4D">
      <w:r>
        <w:t>6. Rodzice mają prawo:</w:t>
      </w:r>
    </w:p>
    <w:p w:rsidR="006703E7" w:rsidRDefault="00222C4D">
      <w:r>
        <w:t>1 ) do znajomości podstawy programowej</w:t>
      </w:r>
      <w:r w:rsidR="005A6F77">
        <w:t>,</w:t>
      </w:r>
    </w:p>
    <w:p w:rsidR="006703E7" w:rsidRDefault="00222C4D">
      <w:r>
        <w:t>2 ) do uzyskiwania rzetelnej wiedzy na temat dziecka, jego zachowania i rozwoju,</w:t>
      </w:r>
    </w:p>
    <w:p w:rsidR="006703E7" w:rsidRDefault="00222C4D">
      <w:r>
        <w:t>3 ) do pełnej znajomości i akceptacji tego, co się w przedszkolu jego dziecka dzieje,</w:t>
      </w:r>
    </w:p>
    <w:p w:rsidR="006703E7" w:rsidRDefault="00222C4D">
      <w:r>
        <w:t>4 ) do występowania do dyrektora przedszkola z wnioskami i opiniami dotyczącymi wszystkich spraw przedszkola,</w:t>
      </w:r>
    </w:p>
    <w:p w:rsidR="006703E7" w:rsidRDefault="00222C4D">
      <w:r>
        <w:t>5 ) do uzyskania ich prymatu jako "pierwszych nauczycieli" swoich dzieci,</w:t>
      </w:r>
    </w:p>
    <w:p w:rsidR="006703E7" w:rsidRDefault="00222C4D">
      <w:r>
        <w:lastRenderedPageBreak/>
        <w:t>6 ) do wychowania ich dzieci w duchu tolerancji i zrozumienia dla innych bez dyskryminacji wynikających z koloru skóry, rasy, narodowości, wyznania, płci oraz pozycji społecznej.</w:t>
      </w:r>
    </w:p>
    <w:p w:rsidR="006703E7" w:rsidRDefault="00222C4D">
      <w:r>
        <w:t>7.Rodzice mają obowiązek:</w:t>
      </w:r>
    </w:p>
    <w:p w:rsidR="006703E7" w:rsidRDefault="00222C4D">
      <w:r>
        <w:t xml:space="preserve">1 ) a)przekazywania informacji dotyczących możliwości osiągnięcia wspólnych ( tj. domu i </w:t>
      </w:r>
      <w:r w:rsidR="00EB0FBE">
        <w:t>przedszkola) celów edukacyjnych</w:t>
      </w:r>
      <w:r>
        <w:t>,</w:t>
      </w:r>
    </w:p>
    <w:p w:rsidR="006703E7" w:rsidRDefault="00222C4D">
      <w:r>
        <w:t>2 ) b)świadomego wyboru drogi edukacyjnej, jaką ich dziecko zmierzać,</w:t>
      </w:r>
    </w:p>
    <w:p w:rsidR="006703E7" w:rsidRDefault="00222C4D">
      <w:r>
        <w:t>3 ) wychowywać swoje dziecko w poszanowaniu i akceptowaniu innych ludzi i ich przekonań,</w:t>
      </w:r>
    </w:p>
    <w:p w:rsidR="006703E7" w:rsidRDefault="00222C4D">
      <w:r>
        <w:t>4 ) osobiście włączać się w życie przedszkola ich dziecka i stanowić istotną część społeczności lokalnej,</w:t>
      </w:r>
    </w:p>
    <w:p w:rsidR="006703E7" w:rsidRDefault="00222C4D">
      <w:r>
        <w:t>5 ) tworzyć reprezentatywne organizacje, które będą reprezentowały rodziców i ich interesy,</w:t>
      </w:r>
    </w:p>
    <w:p w:rsidR="006703E7" w:rsidRDefault="00222C4D">
      <w:r>
        <w:t>6 ) poświęcać swój czas i uwagę swoim dzieciom i ich przedszkolu, aby wzmocnić ich wysiłki skierowane na osiągnięcie określonych celów edukacyjnych,</w:t>
      </w:r>
    </w:p>
    <w:p w:rsidR="006703E7" w:rsidRDefault="00222C4D">
      <w:r>
        <w:t>7 ) poznać siebie nawzajem, współpracować ze sobą i doskonalić swoje umiejętności " pierwszych nauczycieli " i partnerów w kontaktach przedszkole - dom.</w:t>
      </w:r>
    </w:p>
    <w:p w:rsidR="006703E7" w:rsidRDefault="00222C4D">
      <w:r>
        <w:t>8 ) 3) Rodzice dziecka podlegającego obowiązkowi są zobowiązani dopełnić czynności związanych ze zgłoszeniem dziecka do przedszkola, a także zapewnić regularne uczęszczanie dziecka na zajęcia.</w:t>
      </w:r>
    </w:p>
    <w:p w:rsidR="006703E7" w:rsidRDefault="00222C4D">
      <w:pPr>
        <w:pStyle w:val="Nagwek1"/>
      </w:pPr>
      <w:r>
        <w:t>§ 12</w:t>
      </w:r>
    </w:p>
    <w:p w:rsidR="006703E7" w:rsidRDefault="00222C4D">
      <w:r>
        <w:t>Między organami przedszkola ustala się następujący tryb rozwiązywania sporów:</w:t>
      </w:r>
    </w:p>
    <w:p w:rsidR="006703E7" w:rsidRDefault="00222C4D">
      <w:r>
        <w:t>1. Dyrektor a Rada Pedagogiczna:</w:t>
      </w:r>
    </w:p>
    <w:p w:rsidR="006703E7" w:rsidRDefault="00222C4D">
      <w:r>
        <w:t>Dyrektor i Rada Pedagogiczna powinni dążyć do polubownego załatwiania sporu w toku:</w:t>
      </w:r>
    </w:p>
    <w:p w:rsidR="006703E7" w:rsidRDefault="00222C4D">
      <w:r>
        <w:t>1 )Indywidualnych rozmów.</w:t>
      </w:r>
    </w:p>
    <w:p w:rsidR="006703E7" w:rsidRDefault="00222C4D">
      <w:r>
        <w:t>2 )Nadzwyczajnych posiedzeń rady pedagogicznej zwoływanych na wniosek dyrektora lub rady – w ciągu 14 dni od złożenia wniosku.</w:t>
      </w:r>
    </w:p>
    <w:p w:rsidR="006703E7" w:rsidRDefault="00222C4D">
      <w:r>
        <w:t>3 )Nadzwyczajnych posiedzeń rady pedagogicznej zwoływanych na wniosek dyrektora lub rady pedagogicznej z udziałem organu prowadzącego lub organu sprawującego nadzór pedagogiczny – w ciągu 1 miesiąca od daty złożenia wniosku.</w:t>
      </w:r>
    </w:p>
    <w:p w:rsidR="006703E7" w:rsidRDefault="00222C4D">
      <w:r>
        <w:t>4 )W przypadku nie rozstrzygnięcia sporu należy złożyć odwołanie do:</w:t>
      </w:r>
    </w:p>
    <w:p w:rsidR="006703E7" w:rsidRDefault="00222C4D">
      <w:r>
        <w:t>5 )w zakresie działalności dydaktyczno-wychowawczej i opiekuńczej do organu sprawującego nadzór pedagogiczny,</w:t>
      </w:r>
    </w:p>
    <w:p w:rsidR="006703E7" w:rsidRDefault="00222C4D">
      <w:r>
        <w:t>6 )w zakresie spraw finansowych i administracyjnych do organu prowadzącego.</w:t>
      </w:r>
    </w:p>
    <w:p w:rsidR="006703E7" w:rsidRDefault="00222C4D">
      <w:r>
        <w:t>7 )W przypadku sporów o roszczenia wynikające ze stosunku pracy mają</w:t>
      </w:r>
      <w:r w:rsidR="00FA77AA">
        <w:t xml:space="preserve"> </w:t>
      </w:r>
      <w:r>
        <w:t>zastosowanie przepisy Karty Nauczyciela lub Kodeksu Pracy.</w:t>
      </w:r>
    </w:p>
    <w:p w:rsidR="006703E7" w:rsidRDefault="00222C4D">
      <w:r>
        <w:t>2. Dyrektor, Rada Pedagogiczna a Rada Rodziców:</w:t>
      </w:r>
    </w:p>
    <w:p w:rsidR="006703E7" w:rsidRDefault="00222C4D">
      <w:r>
        <w:t>Dyrektor, Rada Pedagogiczna i Rada Rodziców powinni dążyć do polubownego załatwiania sporu w toku:</w:t>
      </w:r>
    </w:p>
    <w:p w:rsidR="006703E7" w:rsidRDefault="00222C4D">
      <w:r>
        <w:t>2.1) Indywidualnej rozmowy nauczyciela z rodzicami.</w:t>
      </w:r>
    </w:p>
    <w:p w:rsidR="006703E7" w:rsidRDefault="00222C4D">
      <w:r>
        <w:t>2.2) Indywidualnej rozmowy nauczyciela z rodzicami z udziałem dyrektora</w:t>
      </w:r>
      <w:r w:rsidR="005A6F77">
        <w:t>.</w:t>
      </w:r>
    </w:p>
    <w:p w:rsidR="006703E7" w:rsidRDefault="00222C4D">
      <w:r>
        <w:t>2.3) Indywidualnej rozmowy dyrektora z rodzicami.</w:t>
      </w:r>
    </w:p>
    <w:p w:rsidR="006703E7" w:rsidRDefault="00222C4D">
      <w:r>
        <w:t>2.4) Zebrania z rodzicami na wniosek rodziców, nauczyciela bądź dyrektora w ciągu 2 tygodni od złożenia wniosku do dyrektora</w:t>
      </w:r>
      <w:r w:rsidR="00FA77AA">
        <w:t xml:space="preserve"> </w:t>
      </w:r>
      <w:r>
        <w:t>przedszkola.</w:t>
      </w:r>
    </w:p>
    <w:p w:rsidR="006703E7" w:rsidRDefault="00222C4D">
      <w:r>
        <w:lastRenderedPageBreak/>
        <w:t>2.5) Zebrania z rodzicami na wniosek rodziców, nauczyciela bądź dyrektora z udziałem organu prowadzącego w ciągu 1 miesiąca od złożenia wniosku do dyrektora przedszkola.</w:t>
      </w:r>
    </w:p>
    <w:p w:rsidR="006703E7" w:rsidRDefault="00222C4D">
      <w:r>
        <w:t>2.6) W przypadku nie rozstrzygnięcia sporu Rada Rodziców ( rodzic)</w:t>
      </w:r>
      <w:r w:rsidR="00FA77AA">
        <w:t xml:space="preserve"> </w:t>
      </w:r>
      <w:r>
        <w:t>ma prawo złożyć odwołanie:</w:t>
      </w:r>
    </w:p>
    <w:p w:rsidR="006703E7" w:rsidRDefault="00222C4D">
      <w:r>
        <w:t>a) w zakresie działalności wychowawczej i opiekuńczej do organu prowadzącego</w:t>
      </w:r>
    </w:p>
    <w:p w:rsidR="006703E7" w:rsidRDefault="00222C4D">
      <w:r>
        <w:t>b) w zakresie spraw finansowych i administracyjnych do organu prowadzącego.</w:t>
      </w:r>
    </w:p>
    <w:p w:rsidR="006703E7" w:rsidRDefault="00222C4D">
      <w:pPr>
        <w:pStyle w:val="Nagwek2"/>
      </w:pPr>
      <w:r>
        <w:t xml:space="preserve"> IV ORGANIZACJA PRACY PRZEDSZKOLA</w:t>
      </w:r>
    </w:p>
    <w:p w:rsidR="006703E7" w:rsidRDefault="00222C4D">
      <w:pPr>
        <w:pStyle w:val="Nagwek1"/>
      </w:pPr>
      <w:r>
        <w:t>§ 13</w:t>
      </w:r>
    </w:p>
    <w:p w:rsidR="006703E7" w:rsidRDefault="00222C4D">
      <w:r>
        <w:t>1. Podstawową jednostką organizacyjną przedszkola jest oddział złożony z dzieci w zbliżonym wieku.</w:t>
      </w:r>
    </w:p>
    <w:p w:rsidR="006703E7" w:rsidRDefault="00222C4D">
      <w:r>
        <w:t>2. Liczba dzieci w oddziale nie może przekraczać 25 osób.</w:t>
      </w:r>
    </w:p>
    <w:p w:rsidR="006703E7" w:rsidRDefault="00222C4D">
      <w:pPr>
        <w:pStyle w:val="Nagwek2"/>
      </w:pPr>
      <w:r>
        <w:t> § 14</w:t>
      </w:r>
    </w:p>
    <w:p w:rsidR="006703E7" w:rsidRDefault="00222C4D">
      <w:r>
        <w:t>1. Praca wychowawczo-dydaktyczna i opiekuńcza prowadzona jest na podstawie:</w:t>
      </w:r>
    </w:p>
    <w:p w:rsidR="006703E7" w:rsidRDefault="00222C4D">
      <w:r>
        <w:t>1 ) podstawy programowej wychowania przedszkolnego,</w:t>
      </w:r>
    </w:p>
    <w:p w:rsidR="006703E7" w:rsidRDefault="00222C4D">
      <w:r>
        <w:t>2 ) programów wybranych z przedszkolnego zestawu programów ustalonych zgodnie z obowiązującymi przepisami.</w:t>
      </w:r>
    </w:p>
    <w:p w:rsidR="006703E7" w:rsidRDefault="00222C4D">
      <w:r>
        <w:t>a) Nauczyciel ma prawo wyboru programu wychowania przedszkolnego spośród programów dopuszczonych do użytku przez dyrektora przedszkola.</w:t>
      </w:r>
    </w:p>
    <w:p w:rsidR="006703E7" w:rsidRDefault="00222C4D">
      <w:r>
        <w:t>b) Nauczyciel ma prawo opracowania własnego programu wychowania przedszkolnego.</w:t>
      </w:r>
    </w:p>
    <w:p w:rsidR="006703E7" w:rsidRDefault="00222C4D">
      <w:r>
        <w:t>2. Godzina zajęć w przedszkolu trwa 60 minut.</w:t>
      </w:r>
    </w:p>
    <w:p w:rsidR="006703E7" w:rsidRDefault="00222C4D">
      <w:r>
        <w:t>3. Przedszkole uwzględniając oczekiwania rodziców organizuje zajęcia dodatkowe stosownie do posiadanych możliwości.</w:t>
      </w:r>
    </w:p>
    <w:p w:rsidR="006703E7" w:rsidRDefault="00222C4D">
      <w:r>
        <w:t>1 ) Zajęcia dodatkowe organizuje się na wniosek rodziców, nauczycieli</w:t>
      </w:r>
      <w:r w:rsidR="00FA77AA">
        <w:t xml:space="preserve"> </w:t>
      </w:r>
      <w:r>
        <w:t>obserwujących dziecko.</w:t>
      </w:r>
    </w:p>
    <w:p w:rsidR="006703E7" w:rsidRDefault="00222C4D">
      <w:r>
        <w:t>2 ) Harmonogram zajęć dodatkowych prowadzonych przez specjalistów zawiera ramowy rozkład dnia.</w:t>
      </w:r>
    </w:p>
    <w:p w:rsidR="006703E7" w:rsidRDefault="00222C4D">
      <w:r>
        <w:t>3 ) Czas trwania zajęć prowadzonych dodatkowo dostosowany jest do</w:t>
      </w:r>
      <w:r w:rsidR="00FA77AA">
        <w:t xml:space="preserve"> </w:t>
      </w:r>
      <w:r>
        <w:t>możliwości rozwojowych dzieci i wynosi:</w:t>
      </w:r>
    </w:p>
    <w:p w:rsidR="006703E7" w:rsidRDefault="00222C4D">
      <w:r>
        <w:t>a) z dziećmi w wieku 3-4 lata –około 15 minut,</w:t>
      </w:r>
    </w:p>
    <w:p w:rsidR="006703E7" w:rsidRDefault="00222C4D">
      <w:r>
        <w:t>b) z dziećmi w wieku 5-6 lat – około 30 minut.</w:t>
      </w:r>
    </w:p>
    <w:p w:rsidR="006703E7" w:rsidRDefault="00222C4D">
      <w:r>
        <w:t>4 ) Zajęcia dodatkowe prowadzone są przez specjalistów – nauczycieli przedszkola legitymujących się odpowiednimi kwalifikacjami:</w:t>
      </w:r>
    </w:p>
    <w:p w:rsidR="006703E7" w:rsidRDefault="00222C4D">
      <w:r>
        <w:t>a) religia,</w:t>
      </w:r>
    </w:p>
    <w:p w:rsidR="006703E7" w:rsidRDefault="00222C4D">
      <w:r>
        <w:t>b) zajęcia rozwijające zainteresowania dzieci,</w:t>
      </w:r>
    </w:p>
    <w:p w:rsidR="006703E7" w:rsidRDefault="00222C4D">
      <w:r>
        <w:t>c) język angielski,</w:t>
      </w:r>
    </w:p>
    <w:p w:rsidR="006703E7" w:rsidRDefault="00222C4D">
      <w:r>
        <w:t>d) zajęcia logopedyczne,</w:t>
      </w:r>
    </w:p>
    <w:p w:rsidR="006703E7" w:rsidRDefault="00222C4D">
      <w:r>
        <w:t>e) zajęcia terapii pedagogicznej,</w:t>
      </w:r>
    </w:p>
    <w:p w:rsidR="006703E7" w:rsidRDefault="00222C4D">
      <w:r>
        <w:t>g) zajęcia wspomagające rozwój dz</w:t>
      </w:r>
      <w:r w:rsidR="0083329F">
        <w:t>iecka: rewalidacja, zajęcia korekcjno –kompensacyjne oraz zajęcia rozwijaj</w:t>
      </w:r>
      <w:r w:rsidR="00F647EF">
        <w:t>ące kompetencje społeczno-emocjonalne.</w:t>
      </w:r>
    </w:p>
    <w:p w:rsidR="006703E7" w:rsidRDefault="00222C4D">
      <w:r>
        <w:t>6. Wszystkie zajęcia doda</w:t>
      </w:r>
      <w:r w:rsidR="00F647EF">
        <w:t>tkowe realizowane są bezpłatnie:</w:t>
      </w:r>
    </w:p>
    <w:p w:rsidR="006703E7" w:rsidRDefault="00222C4D">
      <w:r>
        <w:lastRenderedPageBreak/>
        <w:t>a) w ramach podstawy programowej</w:t>
      </w:r>
      <w:r w:rsidR="006F2D8E">
        <w:t>,</w:t>
      </w:r>
    </w:p>
    <w:p w:rsidR="006703E7" w:rsidRDefault="00222C4D">
      <w:r>
        <w:t>b) w czasie przekraczającym bezpłatny wymiar nauczania, wychowania i opieki – na zasadach odpłatności określonych w obowiązującej uchwale Rady Miejskiej w Pasłęku.</w:t>
      </w:r>
    </w:p>
    <w:p w:rsidR="006703E7" w:rsidRDefault="00222C4D">
      <w:r>
        <w:t>4. Określono zasady prowadzenia nauczania na odległość, nauczania hybrydowego lub zamknięcia placówki - zarządzenie dyrektora nr 3/2020.</w:t>
      </w:r>
    </w:p>
    <w:p w:rsidR="006703E7" w:rsidRDefault="00222C4D">
      <w:r>
        <w:t>1 ) Dokładna organizacja pracy przedszkola i postępowania prewencyjnego pracowników przedszkola oraz rodziców/opiekunów dziecka w czasie zagrożenia epidemiologicznego określona jest w Procedurze organizacji pracy szkół/placówek prowadzonych przez Gminę Pasłęk.</w:t>
      </w:r>
    </w:p>
    <w:p w:rsidR="006703E7" w:rsidRDefault="00222C4D">
      <w:pPr>
        <w:pStyle w:val="Nagwek1"/>
      </w:pPr>
      <w:r>
        <w:t>§ 15</w:t>
      </w:r>
    </w:p>
    <w:p w:rsidR="006703E7" w:rsidRDefault="00222C4D">
      <w:r>
        <w:t>Sposób dokumentowania zajęć prowadzonych w przedszkolu określają odrębne przepisy.</w:t>
      </w:r>
    </w:p>
    <w:p w:rsidR="006703E7" w:rsidRDefault="00222C4D">
      <w:pPr>
        <w:pStyle w:val="Nagwek1"/>
      </w:pPr>
      <w:r>
        <w:t>§ 16</w:t>
      </w:r>
    </w:p>
    <w:p w:rsidR="006703E7" w:rsidRDefault="00222C4D">
      <w:r>
        <w:t>1.Szczegółową organizację wychowania, nauczania i opieki w danym roku szkolnym określa arkusz organizacyjny przedszkola opracowany przez dyrektora.</w:t>
      </w:r>
    </w:p>
    <w:p w:rsidR="006703E7" w:rsidRDefault="00222C4D">
      <w:r>
        <w:t>2.Arkusz organizacyjny przedszkola zatwierdza organ prowadzący.</w:t>
      </w:r>
    </w:p>
    <w:p w:rsidR="006703E7" w:rsidRDefault="00222C4D">
      <w:r>
        <w:t>3.W arkuszu organizacji przedszkola określa się w szczególności:</w:t>
      </w:r>
    </w:p>
    <w:p w:rsidR="006703E7" w:rsidRDefault="00222C4D">
      <w:r>
        <w:t>1 )liczbę oddziałów;</w:t>
      </w:r>
    </w:p>
    <w:p w:rsidR="006703E7" w:rsidRDefault="00222C4D">
      <w:r>
        <w:t>2 )liczbę dzieci w poszczególnych oddziałach;</w:t>
      </w:r>
    </w:p>
    <w:p w:rsidR="006703E7" w:rsidRDefault="00222C4D">
      <w:r>
        <w:t>3 )tygodniowy wymiar zajęć religii, zajęć języka mniejszości narodowej, języka mniejszości etnicznej lub języka regionalnego, o ile takie zajęcia są w przedszkolu prowadzone;</w:t>
      </w:r>
    </w:p>
    <w:p w:rsidR="006703E7" w:rsidRDefault="00222C4D">
      <w:r>
        <w:t>4 )czas pracy przedszkola oraz poszczególnych oddziałów;</w:t>
      </w:r>
    </w:p>
    <w:p w:rsidR="006703E7" w:rsidRDefault="00222C4D">
      <w:r>
        <w:t>5 )liczbę pracowników ogółem, w tym pracowników zajmujących stanowiska kierownicze;</w:t>
      </w:r>
    </w:p>
    <w:p w:rsidR="006703E7" w:rsidRDefault="00222C4D">
      <w:r>
        <w:t>6 )liczbę nauczycieli, w tym nauczycieli zajmujących stanowiska kierownicze, wraz z informacją o ich stopniu awansu zawodowego i kwalifikacjach oraz liczbę godzin zajęć prowadzonych przez poszczególnych nauczycieli;</w:t>
      </w:r>
    </w:p>
    <w:p w:rsidR="006703E7" w:rsidRDefault="00222C4D">
      <w:r>
        <w:t>7 )liczbę pracowników administracji i obsługi, w tym pracowników zajmujących stanowiska kierownicze, oraz etatów przeliczeniowych;</w:t>
      </w:r>
    </w:p>
    <w:p w:rsidR="006703E7" w:rsidRDefault="00222C4D">
      <w:r>
        <w:t>8 )ogólną liczbę godzin pracy finansowanych ze środków przydzielonych przez organ prowadzący przedszkole, w tym liczbę godzin zajęć edukacyjnych i opiekuńczych, zajęć rewalidacyjnych, zajęć z zakresu pomocy psychologiczno-pedagogicznej oraz innych zajęć ws</w:t>
      </w:r>
      <w:r w:rsidR="005A6F77">
        <w:t>pomagających proces kształcenia.</w:t>
      </w:r>
    </w:p>
    <w:p w:rsidR="006703E7" w:rsidRDefault="00222C4D">
      <w:pPr>
        <w:pStyle w:val="Nagwek1"/>
      </w:pPr>
      <w:r>
        <w:t>§ 17</w:t>
      </w:r>
    </w:p>
    <w:p w:rsidR="006703E7" w:rsidRDefault="00222C4D">
      <w:r>
        <w:t>1.Organizację pracy przedszkola określa ramowy rozkład dnia ustalony przez dyrektora przedszkola na wniosek rady pedagogicznej z uwzględnieniem zasad ochrony zdrowia i higieny oraz oczekiwań rodziców (załącznik nr 1 do statutu).</w:t>
      </w:r>
    </w:p>
    <w:p w:rsidR="006703E7" w:rsidRDefault="00222C4D">
      <w:r>
        <w:t>2.Ramowy rozkład dnia zawiera:</w:t>
      </w:r>
    </w:p>
    <w:p w:rsidR="006703E7" w:rsidRDefault="00222C4D">
      <w:r>
        <w:t>• godziny pracy przedszkola ze wskazaniem godzin pracy poszczególnych oddziałów oraz godziny realizacji podstawy programowej,</w:t>
      </w:r>
    </w:p>
    <w:p w:rsidR="006703E7" w:rsidRDefault="00222C4D">
      <w:r>
        <w:t>• godziny posiłków</w:t>
      </w:r>
      <w:r w:rsidR="005A6F77">
        <w:t>,</w:t>
      </w:r>
    </w:p>
    <w:p w:rsidR="006703E7" w:rsidRDefault="007A772E">
      <w:r>
        <w:lastRenderedPageBreak/>
        <w:t>•</w:t>
      </w:r>
      <w:r w:rsidR="00222C4D">
        <w:t xml:space="preserve"> harmonogram zajęć dodatkowych organizowanych przez przedszkole i prowadzonych przez specjalistów.</w:t>
      </w:r>
    </w:p>
    <w:p w:rsidR="006703E7" w:rsidRDefault="00222C4D">
      <w:r>
        <w:t>3. Ramowy rozkład dnia stanowi załącznik do rocznego planu działań.</w:t>
      </w:r>
    </w:p>
    <w:p w:rsidR="006703E7" w:rsidRDefault="00222C4D">
      <w:r>
        <w:t>4. Na podstawie ramowego rozkładu dnia nauczyciele, którym powierzono opiekę nad danym oddziałem, ustalają dla tego oddziału szczegółowy rozkład dnia, z uwzględnieniem potrzeb i zainteresowań dzieci – stanowi on załącznik do rocznego planu działań.</w:t>
      </w:r>
    </w:p>
    <w:p w:rsidR="006703E7" w:rsidRDefault="00222C4D">
      <w:r>
        <w:t>5.W trosce o prawidłowy rozwój psychoruchowy oraz przebieg wychowania</w:t>
      </w:r>
      <w:r w:rsidR="00FA77AA">
        <w:t xml:space="preserve"> </w:t>
      </w:r>
      <w:r>
        <w:t>i kształcenia dzieci w wieku przedszkolnym organizacja zabawy, nauki</w:t>
      </w:r>
      <w:r w:rsidR="00FA77AA">
        <w:t xml:space="preserve"> </w:t>
      </w:r>
      <w:r>
        <w:t>i wypoczynku w przedszkolu oparta jest na rytmie dnia, czyli powtarzających się systematycznie fazach, które pozwalają dziecku na stopniowe zrozumienie pojęcia czasu i organizacji oraz dają poczucie bezpieczeństwa i spokoju, zapewniając mu zdrowy rozwój.</w:t>
      </w:r>
    </w:p>
    <w:p w:rsidR="006703E7" w:rsidRDefault="00222C4D">
      <w:r>
        <w:t>6.W trosce o jednolite oddziaływanie wychowawcze nauczyciele:</w:t>
      </w:r>
    </w:p>
    <w:p w:rsidR="006703E7" w:rsidRDefault="00222C4D">
      <w:r>
        <w:t xml:space="preserve">1 ) systematycznie informują rodziców o zadaniach wychowawczych i kształcących realizowanych w przedszkolu lub innej formie wychowania przedszkolnego, zapoznają rodziców z podstawą programową wychowania przedszkolnego i włączają ich do procesu nabywania przez dzieci wiadomości i </w:t>
      </w:r>
      <w:r w:rsidR="007E0A34">
        <w:t>umiejętności w niej określonych,</w:t>
      </w:r>
    </w:p>
    <w:p w:rsidR="006703E7" w:rsidRDefault="00222C4D">
      <w:r>
        <w:t>2 ) informują rodziców o sukcesach i kłopotach ich dzieci, a także włączają ich do wspierania osiągnięć rozwojowych dzieci i łagodzenia trudności, na jakie on</w:t>
      </w:r>
      <w:r w:rsidR="007E0A34">
        <w:t>e natrafiają,</w:t>
      </w:r>
    </w:p>
    <w:p w:rsidR="006703E7" w:rsidRDefault="00222C4D">
      <w:r>
        <w:t>3 ) zachęcają rodziców do współdecydowania w sprawach przedszkola lub innej formy wychowania przedszkolnego, np. wspólnie organizują wydarzenia, w których biorą udział dzieci.</w:t>
      </w:r>
    </w:p>
    <w:p w:rsidR="006703E7" w:rsidRDefault="00222C4D">
      <w:r>
        <w:t>7. Rolą nauczyciela jest przygotowanie dziecka do podjęcia nauki w szkole podstawowej, z uwzględnieniem potrzeb dziecka, w tym potrzeby ruchu.</w:t>
      </w:r>
    </w:p>
    <w:p w:rsidR="006703E7" w:rsidRDefault="00222C4D">
      <w:pPr>
        <w:pStyle w:val="Nagwek1"/>
      </w:pPr>
      <w:r>
        <w:t>V INNE INFORMACJE O PRZEDSZKOLU</w:t>
      </w:r>
    </w:p>
    <w:p w:rsidR="006703E7" w:rsidRDefault="00222C4D">
      <w:pPr>
        <w:pStyle w:val="Nagwek1"/>
      </w:pPr>
      <w:r>
        <w:t>§ 18</w:t>
      </w:r>
    </w:p>
    <w:p w:rsidR="006703E7" w:rsidRDefault="00222C4D">
      <w:r>
        <w:t>1.Przedszkole funkcjonuje przez cały rok szkolny z wyjątkiem przerw ustalonych przez organ prowadzący na wniosek dyrektora przedszkola.</w:t>
      </w:r>
    </w:p>
    <w:p w:rsidR="006703E7" w:rsidRDefault="00222C4D">
      <w:r>
        <w:t>2. W miesiącu lipcu i sierpniu przedszkole pełni dyżur na zmianę z wyznaczonymi przez organ prowadzący placówkami.</w:t>
      </w:r>
    </w:p>
    <w:p w:rsidR="006703E7" w:rsidRDefault="00222C4D">
      <w:r>
        <w:t xml:space="preserve">3. W okresach zmniejszonej frekwencji dzieci, </w:t>
      </w:r>
      <w:r w:rsidR="007E0A34">
        <w:t>po decyzji Dyrektora</w:t>
      </w:r>
      <w:r>
        <w:t xml:space="preserve"> ograniczyć ilość oddziałów.</w:t>
      </w:r>
    </w:p>
    <w:p w:rsidR="006703E7" w:rsidRDefault="00222C4D">
      <w:pPr>
        <w:pStyle w:val="Nagwek1"/>
      </w:pPr>
      <w:r>
        <w:t>§ 19</w:t>
      </w:r>
    </w:p>
    <w:p w:rsidR="006703E7" w:rsidRDefault="00222C4D">
      <w:r>
        <w:t>1.Przedszkole czynne jest 9,5 godzin dziennie od 6.30 do 16.00.</w:t>
      </w:r>
    </w:p>
    <w:p w:rsidR="006703E7" w:rsidRDefault="00222C4D">
      <w:r>
        <w:t>2. Czas realizacji podstawy programowej wynosi przynajmniej 5 godzin dziennie od 8.00 do 13.00 i w tym czasie muszą w przedszkolu przebywać wszystkie dzieci.</w:t>
      </w:r>
    </w:p>
    <w:p w:rsidR="006703E7" w:rsidRDefault="00222C4D">
      <w:r>
        <w:t>3. Nauczanie i wychowanie w ramach podstawy programowej jest bezpłatne.</w:t>
      </w:r>
    </w:p>
    <w:p w:rsidR="006703E7" w:rsidRDefault="00222C4D">
      <w:r>
        <w:t>4. Czas pobytu dziecka w przedszkolu nie może być krótszy niż 5 godzin i nie dłuższy niż 9.5 godzin dziennie.</w:t>
      </w:r>
    </w:p>
    <w:p w:rsidR="006703E7" w:rsidRDefault="00222C4D">
      <w:r>
        <w:t>5. Grupy całodziennego pobytu funkcjonują w następujących godzinach:</w:t>
      </w:r>
    </w:p>
    <w:p w:rsidR="006703E7" w:rsidRDefault="00222C4D">
      <w:r>
        <w:t>a) grupa I od 6.30 do 16.00</w:t>
      </w:r>
      <w:r w:rsidR="00065FBF">
        <w:t>,</w:t>
      </w:r>
    </w:p>
    <w:p w:rsidR="006703E7" w:rsidRDefault="00222C4D">
      <w:r>
        <w:t>b) grupa II od 7.00 do 16.00</w:t>
      </w:r>
      <w:r w:rsidR="00065FBF">
        <w:t>,</w:t>
      </w:r>
    </w:p>
    <w:p w:rsidR="006703E7" w:rsidRDefault="00222C4D">
      <w:r>
        <w:lastRenderedPageBreak/>
        <w:t>c) grupa III od 8.00 do 14.30</w:t>
      </w:r>
      <w:r w:rsidR="00065FBF">
        <w:t>,</w:t>
      </w:r>
    </w:p>
    <w:p w:rsidR="006703E7" w:rsidRDefault="00065FBF">
      <w:r>
        <w:t>d)grupa IV od 7.0</w:t>
      </w:r>
      <w:r w:rsidR="00222C4D">
        <w:t>0 do 15.30</w:t>
      </w:r>
      <w:r>
        <w:t>,</w:t>
      </w:r>
    </w:p>
    <w:p w:rsidR="006703E7" w:rsidRDefault="00222C4D">
      <w:r>
        <w:t>e) grupa V od 7.30 do 15.00</w:t>
      </w:r>
      <w:r w:rsidR="00065FBF">
        <w:t>,</w:t>
      </w:r>
    </w:p>
    <w:p w:rsidR="006703E7" w:rsidRDefault="00222C4D">
      <w:r>
        <w:t>f) grupa VI od 7.30 do 15.00</w:t>
      </w:r>
      <w:r w:rsidR="00065FBF">
        <w:t>.</w:t>
      </w:r>
    </w:p>
    <w:p w:rsidR="006703E7" w:rsidRDefault="00222C4D">
      <w:r>
        <w:t>6. Czas pobytu dziecka w przedszkolu zadeklarowany jest przez rodziców</w:t>
      </w:r>
      <w:r w:rsidR="00FA77AA">
        <w:t xml:space="preserve"> </w:t>
      </w:r>
      <w:r>
        <w:t>w Oświadczeniu rodziców.</w:t>
      </w:r>
    </w:p>
    <w:p w:rsidR="006703E7" w:rsidRDefault="00222C4D">
      <w:r>
        <w:t>7. Do realizacji zadań statutowych przedszkole posiada:</w:t>
      </w:r>
    </w:p>
    <w:p w:rsidR="006703E7" w:rsidRDefault="00222C4D">
      <w:r>
        <w:t>a) 6 sal zajęć z wyposażeniem dostosowanym do wieku i potrzeb dzieci,</w:t>
      </w:r>
    </w:p>
    <w:p w:rsidR="006703E7" w:rsidRDefault="00222C4D">
      <w:r>
        <w:t>b) gabinet metodyczny</w:t>
      </w:r>
    </w:p>
    <w:p w:rsidR="006703E7" w:rsidRDefault="00222C4D">
      <w:r>
        <w:t>c) ogród przedszkolny,</w:t>
      </w:r>
    </w:p>
    <w:p w:rsidR="006703E7" w:rsidRDefault="00222C4D">
      <w:r>
        <w:t>d) zaplecze sanitarno-gospodarcze,</w:t>
      </w:r>
    </w:p>
    <w:p w:rsidR="006703E7" w:rsidRDefault="00222C4D">
      <w:r>
        <w:t>e) nowoczesne pomoce i zabawki edukacyjne,</w:t>
      </w:r>
    </w:p>
    <w:p w:rsidR="006703E7" w:rsidRDefault="00222C4D">
      <w:r>
        <w:t>f) sprzęt i urządzenia sportowe.</w:t>
      </w:r>
    </w:p>
    <w:p w:rsidR="006703E7" w:rsidRDefault="00222C4D">
      <w:pPr>
        <w:pStyle w:val="Nagwek1"/>
      </w:pPr>
      <w:r>
        <w:t>§ 20</w:t>
      </w:r>
    </w:p>
    <w:p w:rsidR="006703E7" w:rsidRDefault="00222C4D">
      <w:r>
        <w:t>1. Opłata za korzystanie z wychowania przedszkolnego w czasie przekraczającym bezpłatny wymiar nauczania, wychowania i opieki</w:t>
      </w:r>
      <w:r w:rsidR="00FA77AA">
        <w:t xml:space="preserve"> </w:t>
      </w:r>
      <w:r>
        <w:t>jest ustalana uchwałą Rady Miejskiej w Pasłęku na podstawie przepisów o finansowaniu zadań oświatowych, z uwzględnieniem ustawowej waloryzacji maksymalnej wysokości opłaty. Opłaty tej nie pobiera się za dzieci objęte obowiązkowym rocznym przygotowaniem przedszkolnym.</w:t>
      </w:r>
    </w:p>
    <w:p w:rsidR="006703E7" w:rsidRDefault="00222C4D">
      <w:r>
        <w:t>2. W przedszkolu obowiązuje odpłatność za wyżywienie dzieci.</w:t>
      </w:r>
    </w:p>
    <w:p w:rsidR="006703E7" w:rsidRDefault="00222C4D">
      <w:r>
        <w:t>3.Opłata za przedszkole składa się z:</w:t>
      </w:r>
    </w:p>
    <w:p w:rsidR="006703E7" w:rsidRDefault="00222C4D">
      <w:r>
        <w:t>1 )opłaty za godzinę pobytu dziecka w przedszkolu ponad podstawę programową ( oprócz 6 latków)</w:t>
      </w:r>
      <w:r w:rsidR="00E753B6">
        <w:t>,</w:t>
      </w:r>
    </w:p>
    <w:p w:rsidR="006703E7" w:rsidRDefault="00222C4D">
      <w:r>
        <w:t>2 ) stawki żywieniowej ustalanej przez dyrektora przedszkola w porozumieniu z organem prowadzącym placówkę.</w:t>
      </w:r>
    </w:p>
    <w:p w:rsidR="006703E7" w:rsidRDefault="00222C4D">
      <w:r>
        <w:t>4.Do opłat wnoszonych za korzystanie przez dzieci z posiłków nie wlicza się</w:t>
      </w:r>
      <w:r w:rsidR="00FA77AA">
        <w:t xml:space="preserve"> </w:t>
      </w:r>
      <w:r>
        <w:t>wynagrodzeń pracowników i składek naliczanych od tych wynagrodzeń oraz</w:t>
      </w:r>
      <w:r w:rsidR="00FA77AA">
        <w:t xml:space="preserve"> </w:t>
      </w:r>
      <w:r>
        <w:t>kosztów utrzymania kuchni i stołówki.</w:t>
      </w:r>
    </w:p>
    <w:p w:rsidR="006703E7" w:rsidRDefault="00222C4D">
      <w:r>
        <w:t>5.W okresie wakacyjnym, kiedy placówka pełni dyżur opłata obowiązuje tylko</w:t>
      </w:r>
      <w:r w:rsidR="00FA77AA">
        <w:t xml:space="preserve"> </w:t>
      </w:r>
      <w:r>
        <w:t>dzieci uczęszczające w tym czasie do przedszkola, według zasad i stawki wynikających z aktualnej uchwały Rady Miejskiej w Pasłęku.</w:t>
      </w:r>
    </w:p>
    <w:p w:rsidR="006703E7" w:rsidRDefault="00222C4D">
      <w:pPr>
        <w:pStyle w:val="Nagwek1"/>
      </w:pPr>
      <w:r>
        <w:t>§ 21</w:t>
      </w:r>
    </w:p>
    <w:p w:rsidR="006703E7" w:rsidRDefault="00222C4D">
      <w:r>
        <w:t>W przedszkolu obowiązują następujące zasady korzystania z wyżywienia:</w:t>
      </w:r>
    </w:p>
    <w:p w:rsidR="006703E7" w:rsidRDefault="00222C4D">
      <w:r>
        <w:t>1.Przedszkole zapewnia dziecku korzystanie z czterech posiłków: śniadanie, drugie śniadanie, obiad /2 dania/ i podwieczorek.</w:t>
      </w:r>
    </w:p>
    <w:p w:rsidR="006703E7" w:rsidRDefault="00222C4D">
      <w:r>
        <w:t>2.Czas pobytu dziecka w przedszkolu oraz ilość posiłków rodzice deklarują w Oświadczeniu rodziców.</w:t>
      </w:r>
    </w:p>
    <w:p w:rsidR="006703E7" w:rsidRDefault="00222C4D">
      <w:r>
        <w:t>3.W przypadku nieobecności dziecka w przedszkolu, rodzicom ( prawnym opiekunom) przysługuje zwrot dziennej stawki żywieniowej i godzinowej za każdy dzień nieobecności.</w:t>
      </w:r>
    </w:p>
    <w:p w:rsidR="006703E7" w:rsidRDefault="00222C4D">
      <w:r>
        <w:t>4.W przypadku pokrywania kosztów posiłku dziecka uczęszczającego do przedszkola przez M-G OPS, placówka obciąża ośrodek całodziennym kosztem żywienia dziecka.</w:t>
      </w:r>
    </w:p>
    <w:p w:rsidR="00FA77AA" w:rsidRDefault="00FA77AA">
      <w:pPr>
        <w:pStyle w:val="Nagwek1"/>
      </w:pPr>
    </w:p>
    <w:p w:rsidR="006703E7" w:rsidRDefault="00222C4D">
      <w:pPr>
        <w:pStyle w:val="Nagwek1"/>
      </w:pPr>
      <w:r>
        <w:t>§ 22</w:t>
      </w:r>
    </w:p>
    <w:p w:rsidR="006703E7" w:rsidRDefault="00222C4D">
      <w:r>
        <w:t>1. Personel przedszkola może korzystać z wyżywienia w placówce.</w:t>
      </w:r>
    </w:p>
    <w:p w:rsidR="006703E7" w:rsidRDefault="00222C4D">
      <w:r>
        <w:t>2. Zasady korzystania z wyżywienia przez pracowników przedszkola</w:t>
      </w:r>
      <w:r w:rsidR="00FA77AA">
        <w:t xml:space="preserve"> </w:t>
      </w:r>
      <w:r>
        <w:t xml:space="preserve">ustala </w:t>
      </w:r>
      <w:r w:rsidR="00C74680">
        <w:t>dyrektor przedszkola</w:t>
      </w:r>
      <w:r>
        <w:t>.</w:t>
      </w:r>
    </w:p>
    <w:p w:rsidR="006703E7" w:rsidRDefault="00222C4D">
      <w:pPr>
        <w:pStyle w:val="Nagwek1"/>
      </w:pPr>
      <w:r>
        <w:t>VI PRACOWNICY PRZEDSZKOLA</w:t>
      </w:r>
    </w:p>
    <w:p w:rsidR="006703E7" w:rsidRDefault="00222C4D">
      <w:pPr>
        <w:pStyle w:val="Nagwek1"/>
      </w:pPr>
      <w:r>
        <w:t>§ 23</w:t>
      </w:r>
    </w:p>
    <w:p w:rsidR="006703E7" w:rsidRDefault="00222C4D">
      <w:r>
        <w:t>1. W przedszkolu zatrudnia się dyrektora, nauczycieli oraz pracowników administracji i obsługi.</w:t>
      </w:r>
    </w:p>
    <w:p w:rsidR="006703E7" w:rsidRDefault="00222C4D">
      <w:r>
        <w:t>2. Zasady zatrudniania i wynagradzania pracowników określają odrębne przepisy.</w:t>
      </w:r>
    </w:p>
    <w:p w:rsidR="006703E7" w:rsidRDefault="00222C4D">
      <w:pPr>
        <w:pStyle w:val="Nagwek2"/>
      </w:pPr>
      <w:r>
        <w:t>NAUCZYCIELE</w:t>
      </w:r>
    </w:p>
    <w:p w:rsidR="006703E7" w:rsidRDefault="00222C4D">
      <w:pPr>
        <w:pStyle w:val="Nagwek1"/>
      </w:pPr>
      <w:r>
        <w:t>§ 24</w:t>
      </w:r>
    </w:p>
    <w:p w:rsidR="006703E7" w:rsidRDefault="00222C4D">
      <w:r>
        <w:t>Nauczyciel w swoich działaniach dydaktycznych, wychowawczych</w:t>
      </w:r>
      <w:r w:rsidR="00E753B6">
        <w:t xml:space="preserve"> </w:t>
      </w:r>
      <w:r>
        <w:t>i opiekuńczych ma obowiązek kierowania się dobrem uczniów, troską o ich zdrowie postawę moralną i obywatelską z poszanowaniem godności osobistej ucznia.</w:t>
      </w:r>
    </w:p>
    <w:p w:rsidR="006703E7" w:rsidRDefault="00222C4D">
      <w:r>
        <w:t>1. Nauczyciel obowiązany jest:</w:t>
      </w:r>
    </w:p>
    <w:p w:rsidR="006703E7" w:rsidRDefault="00222C4D">
      <w:r>
        <w:t>1 ) rzetelnie realizować zadania związane z powierzonym mu stanowiskiem</w:t>
      </w:r>
      <w:r w:rsidR="00FA77AA">
        <w:t xml:space="preserve"> </w:t>
      </w:r>
      <w:r>
        <w:t xml:space="preserve">oraz podstawowymi funkcjami placówki: dydaktyczną, wychowawczą </w:t>
      </w:r>
      <w:r w:rsidR="00FA77AA">
        <w:t xml:space="preserve">I </w:t>
      </w:r>
      <w:r>
        <w:t>opiekuńczą, w tym zadania związane z zapewnieniem bezpieczeństwa</w:t>
      </w:r>
      <w:r w:rsidR="00FA77AA">
        <w:t xml:space="preserve"> </w:t>
      </w:r>
      <w:r>
        <w:t>dzieciom w czasie zajęć organizowanych przez przedszkole,</w:t>
      </w:r>
    </w:p>
    <w:p w:rsidR="006703E7" w:rsidRDefault="00222C4D">
      <w:r>
        <w:t>2 ) wspierać każde dziecko w jego rozwoju,</w:t>
      </w:r>
    </w:p>
    <w:p w:rsidR="006703E7" w:rsidRDefault="00222C4D">
      <w:r>
        <w:t>3 ) dążyć do pełni własnego rozwoju osobowego,</w:t>
      </w:r>
    </w:p>
    <w:p w:rsidR="006703E7" w:rsidRDefault="00222C4D">
      <w:r>
        <w:t>4 ) kształcić i wychowywać młodzież w umiłowaniu Ojczyzny, w poszanowaniu Konstytucji Rzeczypospolitej Polskiej, w atmosferze wolności sumienia i szacunku dla każdego człowieka,</w:t>
      </w:r>
    </w:p>
    <w:p w:rsidR="006703E7" w:rsidRDefault="00222C4D">
      <w:r>
        <w:t>5 ) dbać o kształtowanie u dzieci postaw moralnych i obywatelskich zgodnie z ideą demokracji, pokoju i przyjaźni miedzy ludźmi rożnych narodów, ras i światopoglądów.</w:t>
      </w:r>
    </w:p>
    <w:p w:rsidR="006703E7" w:rsidRDefault="00222C4D">
      <w:r>
        <w:t>2. Nauczyciel odpowiedzialny jest za bezpieczeństwo i zdrowie powierzonych jego opiece dzieci.</w:t>
      </w:r>
    </w:p>
    <w:p w:rsidR="006703E7" w:rsidRDefault="00222C4D">
      <w:r>
        <w:t>3.Nauczyciel zobowiązany jest natychmiast reagować na wszelkie dostrzeżone</w:t>
      </w:r>
      <w:r w:rsidR="00FA77AA">
        <w:t xml:space="preserve"> </w:t>
      </w:r>
      <w:r>
        <w:t>sytuacje lub zachowania dziecka stanowiące zagrożenie bezpieczeństwa dzieci.</w:t>
      </w:r>
    </w:p>
    <w:p w:rsidR="006703E7" w:rsidRDefault="00222C4D">
      <w:r>
        <w:t>4.Nauczyciel powinien zwrócić uwagę na osoby postronne przebywające na</w:t>
      </w:r>
      <w:r w:rsidR="00FA77AA">
        <w:t xml:space="preserve"> </w:t>
      </w:r>
      <w:r>
        <w:t>terenie przedszkola, w razie potrzeby powiadomić pracownika obsługi o fakcie przebywania osób postronnych.</w:t>
      </w:r>
    </w:p>
    <w:p w:rsidR="006703E7" w:rsidRDefault="00222C4D">
      <w:r>
        <w:t>5. Nauczyciel tworzy warunki wspomagające rozwój dziecka zgodnie z jego</w:t>
      </w:r>
      <w:r w:rsidR="00FA77AA">
        <w:t xml:space="preserve"> </w:t>
      </w:r>
      <w:r>
        <w:t>wrodzonym potencjałem i możliwościami rozwojowymi z uwzględnieniem ich zdolności i zainteresowań, dąży do optymalnej aktywizacji dzieci poprzez</w:t>
      </w:r>
      <w:r w:rsidR="00FA77AA">
        <w:t xml:space="preserve"> </w:t>
      </w:r>
      <w:r>
        <w:t>wykorzystywanie ich własnej inicjatywy.</w:t>
      </w:r>
    </w:p>
    <w:p w:rsidR="006703E7" w:rsidRDefault="00222C4D">
      <w:r>
        <w:t>6. Nauczyciel planuje i prowadzi pracę wychowawczo-dydaktyczną. Sposób</w:t>
      </w:r>
      <w:r w:rsidR="00FA77AA">
        <w:t xml:space="preserve"> </w:t>
      </w:r>
      <w:r>
        <w:t>planowania i rejestrowania tej pracy określono w § 26 ust.3.</w:t>
      </w:r>
    </w:p>
    <w:p w:rsidR="006703E7" w:rsidRDefault="00222C4D">
      <w:r>
        <w:lastRenderedPageBreak/>
        <w:t>7.Nauczyciel wybiera program wychowania przedszkolnego spośród programów dopuszczonych do użytku przez dyrektora.</w:t>
      </w:r>
    </w:p>
    <w:p w:rsidR="006703E7" w:rsidRDefault="00222C4D">
      <w:r>
        <w:t>8.Nauczyciel ma prawo opracowania własnego programu wychowania</w:t>
      </w:r>
      <w:r w:rsidR="00FA77AA">
        <w:t xml:space="preserve"> </w:t>
      </w:r>
      <w:r>
        <w:t>przedszkolnego lub program nauczania.</w:t>
      </w:r>
    </w:p>
    <w:p w:rsidR="006703E7" w:rsidRDefault="00222C4D">
      <w:r>
        <w:t>9.Nauczyciel prowadzi obserwację pedagogiczną mającą na celu poznanie</w:t>
      </w:r>
      <w:r w:rsidR="00FA77AA">
        <w:t xml:space="preserve"> </w:t>
      </w:r>
      <w:r>
        <w:t>możliwości i potrzeb rozwojowych dzieci oraz dokumentuje wyniki tej</w:t>
      </w:r>
      <w:r w:rsidR="00FA77AA">
        <w:t xml:space="preserve"> </w:t>
      </w:r>
      <w:r>
        <w:t>obserwacji.</w:t>
      </w:r>
    </w:p>
    <w:p w:rsidR="006703E7" w:rsidRDefault="00222C4D">
      <w:r>
        <w:t>10. Z początkiem roku poprzedzającego rozpoczęcie przez dziecko nauki w klasie I szkoły podstawowej należy przeprowadzić analizę gotowości dziecka do</w:t>
      </w:r>
      <w:r w:rsidR="00FA77AA">
        <w:t xml:space="preserve"> </w:t>
      </w:r>
      <w:r>
        <w:t>podjęcia nauki w szkole (diagnoza przedszkolna).</w:t>
      </w:r>
    </w:p>
    <w:p w:rsidR="006703E7" w:rsidRDefault="00222C4D">
      <w:r>
        <w:t>11.Nauczyciel zobowiązany jest do wydania rodzicow</w:t>
      </w:r>
      <w:r w:rsidR="00C74680">
        <w:t>i dziecka 6-letniego, pisemnej i</w:t>
      </w:r>
      <w:r>
        <w:t>nformacji o gotowości dziecka do podjęcia nauki w szkole podstawowe do 30 kwietnia roku szkolnego, poprzedzającego rok szkolny, w którym dziecko ma obowiązek albo może rozpocząć naukę w szkole podstawowej.</w:t>
      </w:r>
    </w:p>
    <w:p w:rsidR="006703E7" w:rsidRDefault="00222C4D">
      <w:r>
        <w:t>12. Celem analizy jest zgromadzenie informacji, które mogą pomóc:</w:t>
      </w:r>
    </w:p>
    <w:p w:rsidR="006703E7" w:rsidRDefault="00222C4D">
      <w:r>
        <w:t>1 )rodzicom w poznaniu stanu gotowości swojego dziecka do podjęcia nauki w szkole podstawowej, aby mogli je w osiąganiu tej gotowości, odpowiednio do potrzeb, wspomagać;</w:t>
      </w:r>
    </w:p>
    <w:p w:rsidR="006703E7" w:rsidRDefault="00222C4D">
      <w:r>
        <w:t>2 )nauczycielom przedszkola przy opracowywaniu indywidualnego programu wspomagania i korygowania rozwoju dziecka, który będzie realizowany w roku poprzedzającym rozpoczęcie nauki w szkole podstawowej;</w:t>
      </w:r>
    </w:p>
    <w:p w:rsidR="006703E7" w:rsidRDefault="00222C4D">
      <w:r>
        <w:t>3 )pracownikom poradni psychologiczno-pedagogicznej, do której zostanie skierowane dziecko, w razie potrzeby pogłębionej diagnozy związanej ze specjalnymi potrzebami edukacyjnymi.</w:t>
      </w:r>
    </w:p>
    <w:p w:rsidR="006703E7" w:rsidRDefault="00222C4D">
      <w:r>
        <w:t>13. W trosce o jednolite oddziaływanie wychowawcze, nauczyciele:</w:t>
      </w:r>
    </w:p>
    <w:p w:rsidR="006703E7" w:rsidRDefault="00222C4D">
      <w:r>
        <w:t>1 )systematycznie informują rodziców o zadaniach wychowawczych i kształcących realizowanych w przedszkolu; zapoznają rodziców z podstawą programową wychowania przedszkolnego i włączają ich do kształtowania u dziecka określonych tam wiadomości i umiejętności,</w:t>
      </w:r>
    </w:p>
    <w:p w:rsidR="006703E7" w:rsidRDefault="00222C4D">
      <w:r>
        <w:t>2 )informują rodziców o sukcesach i kłopotach ich dzieci, a także włączają</w:t>
      </w:r>
      <w:r w:rsidR="007E0032">
        <w:t xml:space="preserve"> </w:t>
      </w:r>
      <w:r>
        <w:t>ich do wspierania osiągnięć rozwojowych dzieci i łagodzenia trudności na jakie natrafiają,</w:t>
      </w:r>
    </w:p>
    <w:p w:rsidR="006703E7" w:rsidRDefault="00222C4D">
      <w:r>
        <w:t>3 ) zachęcają rodziców do współdecydowania w sprawach przedszkola, np.</w:t>
      </w:r>
      <w:r w:rsidR="007E0032">
        <w:t xml:space="preserve"> </w:t>
      </w:r>
      <w:r>
        <w:t>wspólnie organizują wydarzenia, w których biorą udział dzieci.</w:t>
      </w:r>
    </w:p>
    <w:p w:rsidR="006703E7" w:rsidRDefault="00222C4D">
      <w:r>
        <w:t>14.Nauczyciel współpracuje ze specjalistami świadczącymi pomoc</w:t>
      </w:r>
      <w:r w:rsidR="007E0032">
        <w:t xml:space="preserve"> </w:t>
      </w:r>
      <w:r>
        <w:t>psychologiczną, pedagogiczną i opiekę zdrowotną zarówno na terenie</w:t>
      </w:r>
      <w:r w:rsidR="007E0032">
        <w:t xml:space="preserve"> </w:t>
      </w:r>
      <w:r>
        <w:t>placówki jak i poza nią.</w:t>
      </w:r>
    </w:p>
    <w:p w:rsidR="006703E7" w:rsidRDefault="00222C4D">
      <w:r>
        <w:t>15.Zgodnie z zasadą indywidualizacji pracy i podmiotowego podejścia do dziecka,</w:t>
      </w:r>
      <w:r w:rsidR="007E0032">
        <w:t xml:space="preserve"> </w:t>
      </w:r>
      <w:r>
        <w:t>nauczyciel otacza indywidualną opieką każdego wychowanka i dostosowuje</w:t>
      </w:r>
      <w:r w:rsidR="007E0032">
        <w:t xml:space="preserve"> </w:t>
      </w:r>
      <w:r>
        <w:t>metody i formy pracy do jego możliwości.</w:t>
      </w:r>
    </w:p>
    <w:p w:rsidR="006703E7" w:rsidRDefault="00222C4D">
      <w:r>
        <w:t>16.Nauczyciel odpowiedzialny jest za jakość i wyniki pracy wychowawczo-</w:t>
      </w:r>
      <w:r w:rsidR="007E0032">
        <w:t>dydaktycznej.</w:t>
      </w:r>
    </w:p>
    <w:p w:rsidR="006703E7" w:rsidRDefault="00222C4D">
      <w:r>
        <w:t>16a. Nauczyciel jest obowiązany znać i stosować Standardy Ochrony Małoletnich, reagować na symptomy krzywdzenia dziecka i podejmować działania przewidziane w procedurach interwencji.</w:t>
      </w:r>
    </w:p>
    <w:p w:rsidR="006703E7" w:rsidRDefault="00222C4D">
      <w:r>
        <w:t>16b. Nauczyciel w pracy z dziećmi respektuje ich godność, prywatność, prawo do bezpieczeństwa i ochrony przed przemocą oraz stosuje zasady bezpiecznych relacji personel–dziecko.</w:t>
      </w:r>
    </w:p>
    <w:p w:rsidR="006703E7" w:rsidRDefault="00222C4D">
      <w:r>
        <w:t>17.W celu właściwego przygotowania dzieci do podjęcia nauki w szkole</w:t>
      </w:r>
      <w:r w:rsidR="007E0032">
        <w:t xml:space="preserve"> </w:t>
      </w:r>
      <w:r>
        <w:t>podstawowej, nauczyciele powinni znać podstawę programową kształcenia</w:t>
      </w:r>
      <w:r w:rsidR="007E0032">
        <w:t xml:space="preserve"> </w:t>
      </w:r>
      <w:r>
        <w:t>ogólnego dla szkół podstawowych w zakresie I etapu edukacyjnego, a zwłaszcza klasy I szkoły podstawowej.</w:t>
      </w:r>
    </w:p>
    <w:p w:rsidR="006703E7" w:rsidRDefault="00222C4D">
      <w:r>
        <w:t>18.Nauczyciel podczas lub w związku z p</w:t>
      </w:r>
      <w:r w:rsidR="007E0032">
        <w:t xml:space="preserve">ełnieniem obowiązków służbowych, </w:t>
      </w:r>
      <w:r>
        <w:t>korzysta z ochrony przewidzianej dla funkcjonariuszy publicznych na zasadach określonych w ustawie z dnia 6 czerwca 1997r.</w:t>
      </w:r>
    </w:p>
    <w:p w:rsidR="006703E7" w:rsidRDefault="00222C4D">
      <w:r>
        <w:lastRenderedPageBreak/>
        <w:t>19. W zakresie współpracy ze specjalistami świadczącymi pomoc psychologiczno- pedagogiczną i opiekę zdrowotną nauczyciel:</w:t>
      </w:r>
    </w:p>
    <w:p w:rsidR="006703E7" w:rsidRDefault="00222C4D">
      <w:r>
        <w:t>1 ) Wnioskuje o indywidualne konsultacje ze specjalistami w celu przebadania dzieci w zakresie posiadanych deficytów.</w:t>
      </w:r>
    </w:p>
    <w:p w:rsidR="006703E7" w:rsidRDefault="00222C4D">
      <w:r>
        <w:t>2 )Zaprasza specjalistów na zebrania z rodzicami.</w:t>
      </w:r>
    </w:p>
    <w:p w:rsidR="006703E7" w:rsidRDefault="00222C4D">
      <w:r>
        <w:t>3 ) Współdziała w zakresie udzielania dzieciom pomocy psychologiczno- pedagogicznej, której to zasady określają odrębne przepisy.</w:t>
      </w:r>
    </w:p>
    <w:p w:rsidR="006703E7" w:rsidRDefault="00222C4D">
      <w:r>
        <w:t>20.Nauczyciele podlegają odpowiedzialności dyscyplinarnej za uchybienia godności zawodu nauczyciela lub obowiązkom, o których mowa w § 24 ( ust.1-19)</w:t>
      </w:r>
      <w:r w:rsidR="00307704">
        <w:t>.</w:t>
      </w:r>
    </w:p>
    <w:p w:rsidR="006703E7" w:rsidRDefault="00222C4D">
      <w:r>
        <w:t>1 ) Za uchybienia przeciwko porządkowi pracy, w rozumieniu art. 108 Kodeksu Pracy, wymierza się nauczycielom kary porządkowe zgodnie z Kodeksem Pracy.</w:t>
      </w:r>
    </w:p>
    <w:p w:rsidR="006703E7" w:rsidRDefault="00222C4D">
      <w:r>
        <w:t>2 ) Karami dyscyplinarnymi dla nauczycieli są:</w:t>
      </w:r>
    </w:p>
    <w:p w:rsidR="006703E7" w:rsidRDefault="00222C4D">
      <w:r>
        <w:t>a) nagana z ostrzeżeniem;</w:t>
      </w:r>
    </w:p>
    <w:p w:rsidR="006703E7" w:rsidRDefault="00222C4D">
      <w:r>
        <w:t>b) zwolnienie z pracy;</w:t>
      </w:r>
    </w:p>
    <w:p w:rsidR="006703E7" w:rsidRDefault="00222C4D">
      <w:r>
        <w:t>c) zwolnienie z pracy z zakazem przyjmowania ukaranego do pracy w zawodzie nauczyciela w okresie 3 lat od ukarania;</w:t>
      </w:r>
    </w:p>
    <w:p w:rsidR="006703E7" w:rsidRDefault="00222C4D">
      <w:r>
        <w:t>d) wydalenie z zawodu nauczyciela.</w:t>
      </w:r>
    </w:p>
    <w:p w:rsidR="006703E7" w:rsidRDefault="007E0032">
      <w:r>
        <w:t>3 )</w:t>
      </w:r>
      <w:r w:rsidR="00222C4D">
        <w:t>Kary dyscyplinarne wymierza komisja dyscyplinarna.</w:t>
      </w:r>
    </w:p>
    <w:p w:rsidR="006703E7" w:rsidRDefault="00222C4D">
      <w:pPr>
        <w:pStyle w:val="Nagwek1"/>
      </w:pPr>
      <w:r>
        <w:t>§ 25</w:t>
      </w:r>
    </w:p>
    <w:p w:rsidR="006703E7" w:rsidRDefault="00222C4D">
      <w:r>
        <w:t>1. Dyrektor przedszkola powierza poszczególne oddziały opiece jednego lub dwu nauczycieli zależnie od czasu pracy oddziału i realizowanych w nim zadań oraz z uwzględnieniem propozycji rodziców dzieci danego oddziału.</w:t>
      </w:r>
    </w:p>
    <w:p w:rsidR="006703E7" w:rsidRDefault="00222C4D">
      <w:r>
        <w:t>2. Dla zapewnienia ciągłości i skuteczności pracy wychowawczej i dydaktycznej w miarę możliwości nauczyciel opiekuje się danym oddziałem przez cały okres uczęszczania dziecka do przedszkola.</w:t>
      </w:r>
    </w:p>
    <w:p w:rsidR="006703E7" w:rsidRDefault="00222C4D">
      <w:pPr>
        <w:pStyle w:val="Nagwek1"/>
      </w:pPr>
      <w:r>
        <w:t>§ 26</w:t>
      </w:r>
    </w:p>
    <w:p w:rsidR="006703E7" w:rsidRDefault="00222C4D">
      <w:r>
        <w:t>1.W zakresie współdziałania z rodzicami nauczyciel organizuje współpracę</w:t>
      </w:r>
      <w:r w:rsidR="007E0032">
        <w:t xml:space="preserve"> </w:t>
      </w:r>
      <w:r>
        <w:t>z wykorzystaniem form określonych w § 9 ust. 4 pkt. 1-9 oraz § 24 ust. 11 pkt.1-3 w celu:</w:t>
      </w:r>
    </w:p>
    <w:p w:rsidR="006703E7" w:rsidRDefault="00222C4D">
      <w:r>
        <w:t>a)wychowania i nauczania dziecka,</w:t>
      </w:r>
    </w:p>
    <w:p w:rsidR="006703E7" w:rsidRDefault="00222C4D">
      <w:r>
        <w:t>b)informowania rodziców o zadaniach wynikających w szczególności z programu wychowania przedszkola realizowanego w danym zakresie,</w:t>
      </w:r>
    </w:p>
    <w:p w:rsidR="006703E7" w:rsidRDefault="00222C4D">
      <w:r>
        <w:t>c)pozyskiwania informacji dotyczących dziecka, jego zachowania i rozwoju,</w:t>
      </w:r>
    </w:p>
    <w:p w:rsidR="006703E7" w:rsidRDefault="00222C4D">
      <w:r>
        <w:t>d)uzyskiwania opinii rodziców o pracy przedszkola,</w:t>
      </w:r>
    </w:p>
    <w:p w:rsidR="006703E7" w:rsidRDefault="00222C4D">
      <w:r>
        <w:t>e)włączania rodziców w działalność przedszkola.</w:t>
      </w:r>
    </w:p>
    <w:p w:rsidR="006703E7" w:rsidRDefault="00222C4D">
      <w:r>
        <w:t>2.W zakresie planowania i prowadzenia pracy wychowawczo-dydaktycznej nauczyciel zobowiązany jest realizować kierunki i zadania pracy określone</w:t>
      </w:r>
      <w:r w:rsidR="007E0032">
        <w:t xml:space="preserve"> </w:t>
      </w:r>
      <w:r>
        <w:t>w rocznym planie działań z uwzględnieniem możliwości rozwojowych, potrzeb, zainteresowań i uzdolnień dzieci.</w:t>
      </w:r>
    </w:p>
    <w:p w:rsidR="006703E7" w:rsidRDefault="00222C4D">
      <w:r>
        <w:t>3.W planowaniu dziennym należy przestrzegać zapisów w § 16 ust.5 pkt.1-8) 4.Nauczyciel prowadzi pracę wychowawczo-dydaktyczną w formie zabaw, projektów i zajęć z:</w:t>
      </w:r>
    </w:p>
    <w:p w:rsidR="006703E7" w:rsidRDefault="00222C4D">
      <w:r>
        <w:lastRenderedPageBreak/>
        <w:t>a) całą grupą,</w:t>
      </w:r>
    </w:p>
    <w:p w:rsidR="006703E7" w:rsidRDefault="00222C4D">
      <w:r>
        <w:t>b) w zespołach,</w:t>
      </w:r>
    </w:p>
    <w:p w:rsidR="006703E7" w:rsidRDefault="00222C4D">
      <w:r>
        <w:t>c) pracy indywidualnej ( praca korekcyjno-kompensacyjna lub z dzieckiem zdolnym).</w:t>
      </w:r>
    </w:p>
    <w:p w:rsidR="006703E7" w:rsidRDefault="00222C4D">
      <w:r>
        <w:t>5.Praca wychowawczo-dydaktyczna odzwierciedlana jest w zapisie w dzienniku zajęć.</w:t>
      </w:r>
    </w:p>
    <w:p w:rsidR="006703E7" w:rsidRDefault="00222C4D">
      <w:r>
        <w:t>6.Praca wychowawczo-dydaktyczna prowadzona jest metodami czynnymi, oglądowymi i słownymi nowej koncepcji pedagogicznej.</w:t>
      </w:r>
    </w:p>
    <w:p w:rsidR="006703E7" w:rsidRDefault="00222C4D">
      <w:r>
        <w:t>7.Do obowiązujących planowanych zajęć z całą grupą w każdym tygodniu należą:</w:t>
      </w:r>
    </w:p>
    <w:p w:rsidR="006703E7" w:rsidRDefault="00222C4D">
      <w:r>
        <w:t>a)zajęcia z dominacją ruchu ( zabawy ruchowe, ćwiczenia gimnastyczne, spacery, gry i zabawy terenowe, zajęcia umuzykalniające),</w:t>
      </w:r>
    </w:p>
    <w:p w:rsidR="006703E7" w:rsidRDefault="00222C4D">
      <w:r>
        <w:t>b)zajęcia z dominacją działalności umysłowej,</w:t>
      </w:r>
    </w:p>
    <w:p w:rsidR="006703E7" w:rsidRDefault="00222C4D">
      <w:r>
        <w:t>c)zajęcia z dominacją działalności plastyczno-konstrukcyjnej,</w:t>
      </w:r>
    </w:p>
    <w:p w:rsidR="006703E7" w:rsidRDefault="00222C4D">
      <w:r>
        <w:t>d)projektowanie „okazji edukacyjnych” ( możliwość wyboru zadań, czasu ich realizacji, wyboru partnerów i środków materialnych).</w:t>
      </w:r>
    </w:p>
    <w:p w:rsidR="006703E7" w:rsidRDefault="00222C4D">
      <w:r>
        <w:t>8.Zajęcia z całą grupą nauczyciel organizuje dwa razy dziennie.</w:t>
      </w:r>
    </w:p>
    <w:p w:rsidR="006703E7" w:rsidRDefault="00222C4D">
      <w:r>
        <w:t>9.Do realizacji tematyki nauczyciel może wykorzystywać różnorodne metody i nowatorskie koncepcje pedagogiczne dostosowane do możliwości rozwojowych dzieci, między innymi:</w:t>
      </w:r>
    </w:p>
    <w:p w:rsidR="006703E7" w:rsidRDefault="00222C4D">
      <w:r>
        <w:t>a)elementy metody M.Montessorii,</w:t>
      </w:r>
    </w:p>
    <w:p w:rsidR="006703E7" w:rsidRDefault="00222C4D">
      <w:r>
        <w:t>b)elementy metody C.Freineta,</w:t>
      </w:r>
    </w:p>
    <w:p w:rsidR="006703E7" w:rsidRDefault="00222C4D">
      <w:r>
        <w:t>c)elementy metody E.Arciszewskiej,</w:t>
      </w:r>
    </w:p>
    <w:p w:rsidR="006703E7" w:rsidRDefault="00222C4D">
      <w:r>
        <w:t>d)elementy metody M.Bogdanowicz,</w:t>
      </w:r>
    </w:p>
    <w:p w:rsidR="006703E7" w:rsidRDefault="00222C4D">
      <w:r>
        <w:t>e)elementy metody Weroniki Sherborne</w:t>
      </w:r>
      <w:r w:rsidR="00307704">
        <w:t>,</w:t>
      </w:r>
    </w:p>
    <w:p w:rsidR="006703E7" w:rsidRDefault="00222C4D">
      <w:r>
        <w:t>f)koncepcję K.Orffa, R. Labana,</w:t>
      </w:r>
    </w:p>
    <w:p w:rsidR="006703E7" w:rsidRDefault="00222C4D">
      <w:r>
        <w:t>g)metodę ośrodków pracy J.Dalcroz’a,</w:t>
      </w:r>
    </w:p>
    <w:p w:rsidR="006703E7" w:rsidRDefault="00222C4D">
      <w:r>
        <w:t>h)elementy origami,</w:t>
      </w:r>
    </w:p>
    <w:p w:rsidR="006703E7" w:rsidRDefault="00222C4D">
      <w:r>
        <w:t>i)elementy kinezjologii edukacyjnej</w:t>
      </w:r>
      <w:r w:rsidR="00307704">
        <w:t>,</w:t>
      </w:r>
    </w:p>
    <w:p w:rsidR="006703E7" w:rsidRDefault="00222C4D">
      <w:r>
        <w:t>j)elementy koncepcji edukacja przez ruch Doroty Dziamskiej</w:t>
      </w:r>
      <w:r w:rsidR="00307704">
        <w:t>,</w:t>
      </w:r>
    </w:p>
    <w:p w:rsidR="006703E7" w:rsidRDefault="00222C4D">
      <w:r>
        <w:t>k)elementy programu „ Dziecięca matematyka” E. Gruszczyk- Kolczyńskiej</w:t>
      </w:r>
      <w:r w:rsidR="00307704">
        <w:t>,</w:t>
      </w:r>
    </w:p>
    <w:p w:rsidR="006703E7" w:rsidRDefault="00222C4D">
      <w:r>
        <w:t>l)opracowan</w:t>
      </w:r>
      <w:r w:rsidR="00736729">
        <w:t xml:space="preserve">y </w:t>
      </w:r>
      <w:r>
        <w:t xml:space="preserve">autorski </w:t>
      </w:r>
      <w:r w:rsidR="00307704">
        <w:t>program,</w:t>
      </w:r>
    </w:p>
    <w:p w:rsidR="006703E7" w:rsidRDefault="00222C4D">
      <w:r>
        <w:t>ł)i inne.</w:t>
      </w:r>
    </w:p>
    <w:p w:rsidR="006703E7" w:rsidRDefault="00222C4D">
      <w:r>
        <w:t>10.Zapis w dzienniku dokumentujący pracę dydaktyczno-wychowawczo-opiekuńczą zawiera tematy kompleksowe, formy organizowane przez nauczyciela( zajęcia, pracę indywidualną), zabawy dowolne, spacery i zabawy ruchowe, prace organizacyjne, porządkowe i samoobsługowe oraz godziny pracy i podpis nauczyciela.</w:t>
      </w:r>
    </w:p>
    <w:p w:rsidR="006703E7" w:rsidRDefault="00222C4D">
      <w:r>
        <w:t>11.Nauczyciel dokonuje zapisu po przepracowaniu dnia i podpisem potwierdza wykonanie zadań. Odzwierciedleniem realizacji są min. prace dzieci, ich nawyki, wiadomości i umiejętności.</w:t>
      </w:r>
    </w:p>
    <w:p w:rsidR="006703E7" w:rsidRDefault="00222C4D">
      <w:r>
        <w:t>12.Nauczyciel prowadzi rozpoznanie indywidualnych potrzeb rozwojowych i edukacyjnych oraz możliwości psychofizycznych dzieci, w tym dzieci szczególnie uzdolnionych, oraz zaplanowanie sposobów ich zaspokojenia, w tym:</w:t>
      </w:r>
    </w:p>
    <w:p w:rsidR="006703E7" w:rsidRDefault="00222C4D">
      <w:r>
        <w:lastRenderedPageBreak/>
        <w:t>a) w przedszkolu - obserwację pedagogiczną zakończoną analizą i oceną gotowości dziecka do podjęcia nauki w szkole (diagnoza przedszkolna),</w:t>
      </w:r>
    </w:p>
    <w:p w:rsidR="006703E7" w:rsidRDefault="00222C4D">
      <w:r>
        <w:t>b)w przypadku stwierdzenia, że dziecko ze względu na potrzeby rozwojowe wymaga objęcia pomocą psychologiczno-pedagogiczną, nauczyciel lub specjalista informuje o tym niezwłocznie dyrektora przedszkola oraz dokumentuje te obserwacje.</w:t>
      </w:r>
    </w:p>
    <w:p w:rsidR="006703E7" w:rsidRDefault="00222C4D">
      <w:r>
        <w:t>13. Nauczyciel prowadzi obserwację w każdej grupie wiekowej w oparciu o arkusz obserwacji dziecka uwzględniający umiejętności dziecka od 3 do 5lat</w:t>
      </w:r>
      <w:r w:rsidR="007E0032">
        <w:t xml:space="preserve"> </w:t>
      </w:r>
      <w:r>
        <w:t>i wszystkie lata pobytu dziecka w przedszkolu.</w:t>
      </w:r>
    </w:p>
    <w:p w:rsidR="006703E7" w:rsidRDefault="00222C4D">
      <w:r>
        <w:t>14. Prowadzi diagnozę przedszkolną dzieci w wieku 6lat. Rejestruje wyniki obserwacji w karcie obserwacji dwa razy w roku ( wstępna, roczna).</w:t>
      </w:r>
    </w:p>
    <w:p w:rsidR="006703E7" w:rsidRDefault="00222C4D">
      <w:r>
        <w:t>Wyniki obserwacji wstępnej rejestruje w X-XI danego roku.</w:t>
      </w:r>
    </w:p>
    <w:p w:rsidR="006703E7" w:rsidRDefault="00222C4D">
      <w:r>
        <w:t>Po dokonaniu wpisu wyników obserwacji do arkusza stawia diagnozę czyli pisze jego mocne i słabe strony, zainteresowania i uzdolnienia.</w:t>
      </w:r>
      <w:r w:rsidR="000C3720">
        <w:t xml:space="preserve"> </w:t>
      </w:r>
      <w:r>
        <w:t>Wyciąga wnioski i przyjmuje kierunki do pracy na następne półrocze.</w:t>
      </w:r>
    </w:p>
    <w:p w:rsidR="006703E7" w:rsidRDefault="00222C4D">
      <w:r>
        <w:t>Przyjęte kierunki pracy po wstępnej obserwacji stanowią stan wyjściowy do pracy w danym roku szkolnym.</w:t>
      </w:r>
    </w:p>
    <w:p w:rsidR="006703E7" w:rsidRDefault="00222C4D">
      <w:r>
        <w:t>Na podstawie indywidualnych obserwacji dzieci nauczyciel sporządza zbiorcze zestawienie wyników obserwacji celem rozpoznania mocnych i słabych stron grupy jako całości i przyjęcia kierunków pracy z całą grupą to zestawienie wykorzystywane jest do podsumowania pracy dydaktyczno-wychowawczej i opiekuńczej za każde półrocze.</w:t>
      </w:r>
    </w:p>
    <w:p w:rsidR="006703E7" w:rsidRDefault="00222C4D">
      <w:r>
        <w:t>15.W zakresie współpracy ze specjalistami świadczącymi pomoc</w:t>
      </w:r>
      <w:r w:rsidR="007E0032">
        <w:t xml:space="preserve"> </w:t>
      </w:r>
      <w:r>
        <w:t>psychologiczno – pedagogiczną, logopedyczną i opiekę zdrowotną nauczyciel:</w:t>
      </w:r>
    </w:p>
    <w:p w:rsidR="006703E7" w:rsidRDefault="00222C4D">
      <w:r>
        <w:t>a )Wnioskuje o indywidualne konsultacje.</w:t>
      </w:r>
    </w:p>
    <w:p w:rsidR="006703E7" w:rsidRDefault="00222C4D">
      <w:r>
        <w:t>b) Zaprasza specjalistów na zebrania z rodzicami.</w:t>
      </w:r>
    </w:p>
    <w:p w:rsidR="006703E7" w:rsidRDefault="00222C4D">
      <w:r>
        <w:t>c) Współdziała w zakresie udzielania dzieciom pomocy psychologiczno-pedagogicznej, logopedycznej, której to zasady określają odrębne przepisy.</w:t>
      </w:r>
    </w:p>
    <w:p w:rsidR="006703E7" w:rsidRDefault="00222C4D">
      <w:pPr>
        <w:pStyle w:val="Nagwek1"/>
      </w:pPr>
      <w:r>
        <w:t>§ 27</w:t>
      </w:r>
    </w:p>
    <w:p w:rsidR="006703E7" w:rsidRDefault="00222C4D">
      <w:r>
        <w:t>1. W zakresie zadań związanych z odpowiedzialnością za jakość pracy wychowawczo-dydaktycznej nauczyciel zobowiązany jest:</w:t>
      </w:r>
    </w:p>
    <w:p w:rsidR="006703E7" w:rsidRDefault="00222C4D">
      <w:r>
        <w:t>1 )Planować i prowadzić pracę wychowawczo-dydaktyczną w oparciu o diagnozę aktualnych możliwości rozwojowych, potrzeb, zainteresowań i uzdolnień dzieci.</w:t>
      </w:r>
    </w:p>
    <w:p w:rsidR="006703E7" w:rsidRDefault="00222C4D">
      <w:r>
        <w:t>2 ) Poszukiwać nowych, efektywniejszych, atrakcyjniejszych metod pracy z dzieckiem.</w:t>
      </w:r>
    </w:p>
    <w:p w:rsidR="006703E7" w:rsidRDefault="00222C4D">
      <w:r>
        <w:t>3 ) Doskonalić swój warsztat poprzez podejmowanie doskonalenia,</w:t>
      </w:r>
      <w:r w:rsidR="007E0032">
        <w:t xml:space="preserve"> </w:t>
      </w:r>
      <w:r>
        <w:t>dokształcania i planowanie swojego rozwoju.</w:t>
      </w:r>
    </w:p>
    <w:p w:rsidR="006703E7" w:rsidRDefault="00222C4D">
      <w:pPr>
        <w:pStyle w:val="Nagwek1"/>
      </w:pPr>
      <w:r>
        <w:t>§ 28</w:t>
      </w:r>
    </w:p>
    <w:p w:rsidR="006703E7" w:rsidRDefault="00222C4D">
      <w:r>
        <w:t>1. Nauczyciel prowadzi dokumentację pedagogiczną zgodnie z obowiązującymi przepisami oraz dokumentację pomocniczą ustaloną na dany rok szkolny na plenarnym posiedzeniu rady pedagogicznej przed rozpoczęciem roku szkolnego.</w:t>
      </w:r>
    </w:p>
    <w:p w:rsidR="006703E7" w:rsidRDefault="00222C4D">
      <w:r>
        <w:t>1.1) w dzienniku zajęć rozliczana jest obecność dziecka za zajęciach w danym dniu</w:t>
      </w:r>
      <w:r w:rsidR="00307704">
        <w:t>.</w:t>
      </w:r>
    </w:p>
    <w:p w:rsidR="006703E7" w:rsidRDefault="00222C4D">
      <w:r>
        <w:t>2.Nauczyciel ma prawo korzystać w swojej pracy z pomocy merytorycznej i metodycznej ze strony dyrektora oraz rady pedagogicznej, a także ze strony wyspecjalizowanych w tym zakresie placówek i instytucji oświatowych i naukowych.</w:t>
      </w:r>
    </w:p>
    <w:p w:rsidR="006703E7" w:rsidRDefault="00222C4D">
      <w:r>
        <w:lastRenderedPageBreak/>
        <w:t>3.Nauczyciel wykonuje inne czynności zlecone przez dyrektora.</w:t>
      </w:r>
    </w:p>
    <w:p w:rsidR="006703E7" w:rsidRDefault="00222C4D">
      <w:pPr>
        <w:pStyle w:val="Nagwek2"/>
      </w:pPr>
      <w:r>
        <w:t xml:space="preserve"> § 29</w:t>
      </w:r>
    </w:p>
    <w:p w:rsidR="00145536" w:rsidRDefault="00145536"/>
    <w:p w:rsidR="006703E7" w:rsidRDefault="00222C4D">
      <w:r>
        <w:t>NAUCZYCIEL JĘZYKA OBCEGO</w:t>
      </w:r>
    </w:p>
    <w:p w:rsidR="006703E7" w:rsidRDefault="00222C4D">
      <w:r>
        <w:t>1. Nauczyciel języka obcego jest zobowiązany do przestrzegania ogólnego zakresu obowiązków nauczyciela, który obowiązuje w przedszkolu.</w:t>
      </w:r>
    </w:p>
    <w:p w:rsidR="006703E7" w:rsidRDefault="00222C4D">
      <w:r>
        <w:t>2.Nauczyciel języka obcego jest zobowiązany dokumentować przebiegu pracy wychowawczo-dydaktycznej według obowiązującej w przedszkolu procedury dokumentowania przebiegu nauczania.</w:t>
      </w:r>
    </w:p>
    <w:p w:rsidR="006703E7" w:rsidRDefault="00222C4D">
      <w:r>
        <w:t>3. Nauczyciel języka obcego jest zobowiązany do przedstawienia dyrektorowi, w celu dopuszczenia do użytku w przedszkolu, programu nauczania języka obcego, na zasadach określonych w stosownej procedurze wewnętrznej.</w:t>
      </w:r>
    </w:p>
    <w:p w:rsidR="006703E7" w:rsidRDefault="00222C4D">
      <w:r>
        <w:t>4.Podstawowym celem pracy nauczyciela języka obcego jest osłuchanie dzieci z językiem obcym poprzez organizacje zabawy, w szczególności muzycznych, plastycznych, konstrukcyjnych, teatralnych i innych.</w:t>
      </w:r>
    </w:p>
    <w:p w:rsidR="006703E7" w:rsidRDefault="00222C4D">
      <w:r>
        <w:t>5.Dziecko w normie intelektualnej kończące edukację przedszkolną powinno osiągnąć umiejętności określone w podstawie programowej wychowania przedszkolnego w zakresie nauki języka obcego.</w:t>
      </w:r>
    </w:p>
    <w:p w:rsidR="006703E7" w:rsidRDefault="00222C4D">
      <w:r>
        <w:t>6. Nauczyciel języka obcego jest zobowiązany do informowania rodziców o postępach edukacyjnych dzieci i zamierzeniach edukacyjnych w zakresie określonym programem nauczania, na zasadach obowiązujących w przedszkolu.</w:t>
      </w:r>
    </w:p>
    <w:p w:rsidR="00145536" w:rsidRDefault="00145536"/>
    <w:p w:rsidR="006703E7" w:rsidRDefault="00222C4D">
      <w:r>
        <w:t>WOŹNA ODDZIAŁOWA</w:t>
      </w:r>
    </w:p>
    <w:p w:rsidR="006703E7" w:rsidRDefault="00222C4D">
      <w:pPr>
        <w:pStyle w:val="Nagwek1"/>
      </w:pPr>
      <w:r>
        <w:t>§ 30</w:t>
      </w:r>
    </w:p>
    <w:p w:rsidR="006703E7" w:rsidRDefault="00222C4D">
      <w:r>
        <w:t>Do podstawowych obowiązków woźnej oddziałowej należy:</w:t>
      </w:r>
    </w:p>
    <w:p w:rsidR="006703E7" w:rsidRDefault="00222C4D">
      <w:r>
        <w:t>1 ) utrzymywanie czystości i porządku w pomieszczeniach przydzielonych zgodnie z zasadą higieny i dbać o ich wygląd estetyczny,</w:t>
      </w:r>
    </w:p>
    <w:p w:rsidR="006703E7" w:rsidRDefault="00222C4D">
      <w:r>
        <w:t>2 ) czyścić podłogi wg potrzeb i obowiązujących konserwacji,</w:t>
      </w:r>
    </w:p>
    <w:p w:rsidR="006703E7" w:rsidRDefault="00222C4D">
      <w:r>
        <w:t>3 ) odkurzanie podłogi i dywanów przy otwartych oknach,</w:t>
      </w:r>
    </w:p>
    <w:p w:rsidR="006703E7" w:rsidRDefault="00222C4D">
      <w:r>
        <w:t>4 ) zbierać kurz i pajęczyny z mebli,</w:t>
      </w:r>
    </w:p>
    <w:p w:rsidR="006703E7" w:rsidRDefault="00222C4D">
      <w:r>
        <w:t>5 ) nakrywać do stołu, rozdzielać posiłki, sprzątać ze stołu,</w:t>
      </w:r>
    </w:p>
    <w:p w:rsidR="006703E7" w:rsidRDefault="00222C4D">
      <w:r>
        <w:t>6 ) zmywać i szorować urządzenia sanitarne, usuwać zanieczyszczenia w ubikacjach, dezynfekować muszle klozetowe i podłogi w łazienkach,</w:t>
      </w:r>
    </w:p>
    <w:p w:rsidR="006703E7" w:rsidRDefault="00222C4D">
      <w:r>
        <w:t>7 )pielęgnować kwiaty doniczkowe,</w:t>
      </w:r>
    </w:p>
    <w:p w:rsidR="006703E7" w:rsidRDefault="00222C4D">
      <w:r>
        <w:t>8 ) czyścić i trzepać dywany w miarę potrzeb,</w:t>
      </w:r>
    </w:p>
    <w:p w:rsidR="006703E7" w:rsidRDefault="00222C4D">
      <w:r>
        <w:t>9 ) myć okna /raz na trzy miesiące/ prać firanki, bieliznę i ubranka z kącika lalek ręcznie, ręczniki dla dzieci wymieniać raz na tydzień,</w:t>
      </w:r>
    </w:p>
    <w:p w:rsidR="006703E7" w:rsidRDefault="00222C4D">
      <w:r>
        <w:t>10 ) pomagać przy uprawie i pielęgnacji ogrodu przedszkolnego,</w:t>
      </w:r>
    </w:p>
    <w:p w:rsidR="006703E7" w:rsidRDefault="00222C4D">
      <w:r>
        <w:t>11 ) w okresie wiosenno-letnim i jesiennym utrzymywać czystość na przydzielonym placu zabaw, sadzić kwiaty i je podlewać,</w:t>
      </w:r>
    </w:p>
    <w:p w:rsidR="006703E7" w:rsidRDefault="00222C4D">
      <w:r>
        <w:t>12 ) opiekować się dziećmi powierzonymi jej opiece,</w:t>
      </w:r>
    </w:p>
    <w:p w:rsidR="006703E7" w:rsidRDefault="00222C4D">
      <w:r>
        <w:lastRenderedPageBreak/>
        <w:t>13 )dbać o swój wygląd estetyczny</w:t>
      </w:r>
      <w:r w:rsidR="00145536">
        <w:t>/ białe fartuchy przy posiłkach,</w:t>
      </w:r>
    </w:p>
    <w:p w:rsidR="006703E7" w:rsidRDefault="00222C4D">
      <w:r>
        <w:t>14 ) pomagać nauczycielowi i pomocy podczas spacerów i wycieczek,</w:t>
      </w:r>
    </w:p>
    <w:p w:rsidR="006703E7" w:rsidRDefault="00222C4D">
      <w:r>
        <w:t>15 ) przygotować sprzęt do wypoczynku dzieci,</w:t>
      </w:r>
    </w:p>
    <w:p w:rsidR="006703E7" w:rsidRDefault="00222C4D">
      <w:r>
        <w:t>16 ) dbać o opiekuńczy stosunek do dzieci,</w:t>
      </w:r>
    </w:p>
    <w:p w:rsidR="006703E7" w:rsidRDefault="00222C4D">
      <w:r>
        <w:t>17 ) po zakończeniu sprzątania zamknąć drzwi, okna w sali, sprawdzić kurki wodociągów, wygasić światła,</w:t>
      </w:r>
    </w:p>
    <w:p w:rsidR="006703E7" w:rsidRDefault="00222C4D">
      <w:r>
        <w:t>18 ) okresie ferii wiosennych, zimowych i letnich należy odczyścić całkowicie pomieszczenia jak i sprzęt,</w:t>
      </w:r>
    </w:p>
    <w:p w:rsidR="006703E7" w:rsidRDefault="00222C4D">
      <w:r>
        <w:t>19 ) poddawać się okresowym badaniom kontrolnym,</w:t>
      </w:r>
    </w:p>
    <w:p w:rsidR="006703E7" w:rsidRDefault="00222C4D">
      <w:r>
        <w:t>20 ) wykonywać inne czynności polecone przez dyrekcję, wynikające z organizacji pracy oddziału.</w:t>
      </w:r>
    </w:p>
    <w:p w:rsidR="006703E7" w:rsidRDefault="00222C4D">
      <w:r>
        <w:t>2.Woźna powinna zwrócić uwagę na osoby postronne przebywające na terenie przedszkola.</w:t>
      </w:r>
    </w:p>
    <w:p w:rsidR="006703E7" w:rsidRDefault="00222C4D">
      <w:r>
        <w:t>3. Pracownik powinien zwrócić się do osób postronnych wchodzących na teren przedszkola o podanie celu pobytu, w razie potrzeby powiadomić o tym fakcie dyrektora lub skierować tę osobę do dyrektora.</w:t>
      </w:r>
    </w:p>
    <w:p w:rsidR="00145536" w:rsidRDefault="00145536"/>
    <w:p w:rsidR="006703E7" w:rsidRDefault="00222C4D">
      <w:r>
        <w:t>INTENDENT–REFERENT</w:t>
      </w:r>
    </w:p>
    <w:p w:rsidR="006703E7" w:rsidRDefault="00222C4D">
      <w:pPr>
        <w:pStyle w:val="Nagwek1"/>
      </w:pPr>
      <w:r>
        <w:t>§ 31</w:t>
      </w:r>
    </w:p>
    <w:p w:rsidR="006703E7" w:rsidRDefault="00222C4D">
      <w:r>
        <w:t>1. Do obowiązków intendenta–referenta należy:</w:t>
      </w:r>
    </w:p>
    <w:p w:rsidR="006703E7" w:rsidRDefault="00222C4D">
      <w:r>
        <w:t>1 ) Prowadzenie magazynu żywnościowego i magazynu gospodarczego.</w:t>
      </w:r>
    </w:p>
    <w:p w:rsidR="006703E7" w:rsidRDefault="00222C4D">
      <w:r>
        <w:t>2 ) Utrzymywanie magazynu żywnościowego i gospodarczego w czystości.</w:t>
      </w:r>
    </w:p>
    <w:p w:rsidR="006703E7" w:rsidRDefault="00222C4D">
      <w:r>
        <w:t>3 ) Zaopatrywanie przedszkola w żywność, środki czystości i sprzęt.</w:t>
      </w:r>
    </w:p>
    <w:p w:rsidR="006703E7" w:rsidRDefault="00222C4D">
      <w:r>
        <w:t>4 ) Prowadzenie dokumentacji obowiązującej przy żywieniu w placówkach</w:t>
      </w:r>
      <w:r w:rsidR="00307704">
        <w:t xml:space="preserve"> </w:t>
      </w:r>
      <w:r>
        <w:t>przedszkolnych.</w:t>
      </w:r>
    </w:p>
    <w:p w:rsidR="006703E7" w:rsidRDefault="00222C4D">
      <w:r>
        <w:t>5 ) Nadzorowanie sporządzania posiłków, ustalenie i przydzielanie porcji żywnościowych dla dzieci.</w:t>
      </w:r>
    </w:p>
    <w:p w:rsidR="006703E7" w:rsidRDefault="00222C4D">
      <w:r>
        <w:t>6 ) Sporządzanie jadłospisów.</w:t>
      </w:r>
    </w:p>
    <w:p w:rsidR="006703E7" w:rsidRDefault="00222C4D">
      <w:r>
        <w:t>7 ) Sporządzanie raportów żywnościowych.</w:t>
      </w:r>
    </w:p>
    <w:p w:rsidR="006703E7" w:rsidRDefault="00222C4D">
      <w:r>
        <w:t>8 ) Sporządzanie zestawień magazynowych ( artykułów spożywczych oraz innych zakupionych towarów do placówki).</w:t>
      </w:r>
    </w:p>
    <w:p w:rsidR="006703E7" w:rsidRDefault="00222C4D">
      <w:r>
        <w:t>9 ) Prowadzenie dokumentacji magazynowej zgodnie z obowiązującymi przepisami.</w:t>
      </w:r>
    </w:p>
    <w:p w:rsidR="006703E7" w:rsidRDefault="00222C4D">
      <w:r>
        <w:t>10 ) Uczestniczenie w kasacjach i spisach z natury majątku przedszkola.</w:t>
      </w:r>
    </w:p>
    <w:p w:rsidR="006703E7" w:rsidRDefault="00222C4D">
      <w:r>
        <w:t>11 ) Pobieranie od rodziców odpłatności za przedszkole.</w:t>
      </w:r>
    </w:p>
    <w:p w:rsidR="006703E7" w:rsidRDefault="00222C4D">
      <w:r>
        <w:t>12 ) Ponoszenie odpowiedzialności za prawidłowe dysponowanie zaliczką i terminowe rozliczanie.</w:t>
      </w:r>
    </w:p>
    <w:p w:rsidR="006703E7" w:rsidRDefault="00222C4D">
      <w:r>
        <w:t>13 ) Przestrzeganie tajemnicy służbowej.</w:t>
      </w:r>
    </w:p>
    <w:p w:rsidR="006703E7" w:rsidRDefault="00222C4D">
      <w:r>
        <w:t>14 ) Poddawanie się okresowym badaniom.</w:t>
      </w:r>
    </w:p>
    <w:p w:rsidR="006703E7" w:rsidRDefault="00222C4D">
      <w:r>
        <w:t>15 ) Intendent powinien zwrócić się do osób postronnych wchodzących na teren przedszkola o podanie celu pobytu, w razie potrzeby powiadomić o tym fakcie dyrektora lub skierować tę osobę do dyrektora.</w:t>
      </w:r>
    </w:p>
    <w:p w:rsidR="006A7B60" w:rsidRDefault="00973339">
      <w:r>
        <w:t>16 ) Prowadzenie bieżącej obsługi administracyjnej i kancelaryjno-biurowej przedszkola w zakresie powierzonym przez dyrektora.</w:t>
      </w:r>
    </w:p>
    <w:p w:rsidR="006A7B60" w:rsidRDefault="00973339">
      <w:r>
        <w:t>17 ) Przyjmowanie, rejestrowanie, porządkowanie oraz przekazywanie korespondencji wpływającej do przedszkola, a także przygotowywanie i wysyłanie korespondencji wychodzącej zgodnie z dyspozycjami dyrektora.</w:t>
      </w:r>
    </w:p>
    <w:p w:rsidR="006A7B60" w:rsidRDefault="00973339">
      <w:r>
        <w:lastRenderedPageBreak/>
        <w:t>18 ) Prowadzenie wymaganych rejestrów, wykazów, zestawień i ewidencji związanych z działalnością administracyjną placówki.</w:t>
      </w:r>
    </w:p>
    <w:p w:rsidR="006A7B60" w:rsidRDefault="00973339">
      <w:r>
        <w:t>19 ) Sporządzanie pism, informacji, zawiadomień, zestawień, wykazów i innych dokumentów administracyjnych zleconych przez dyrektora.</w:t>
      </w:r>
    </w:p>
    <w:p w:rsidR="006A7B60" w:rsidRDefault="00973339">
      <w:r>
        <w:t>20 ) Obsługa urządzeń biurowych oraz programów komputerowych wykorzystywanych w bieżącej pracy administracyjnej przedszkola.</w:t>
      </w:r>
    </w:p>
    <w:p w:rsidR="006A7B60" w:rsidRDefault="00973339">
      <w:r>
        <w:t>21 ) Porządkowanie, przechowywanie i zabezpieczanie dokumentacji znajdującej się w zakresie powierzonych obowiązków oraz przygotowywanie dokumentacji do archiwizacji.</w:t>
      </w:r>
    </w:p>
    <w:p w:rsidR="006A7B60" w:rsidRDefault="00973339">
      <w:r>
        <w:t>22 ) Prowadzenie ewidencji zakupów, faktur, rachunków oraz innych dokumentów dotyczących wydatków przedszkola – w zakresie powierzonym przez dyrektora.</w:t>
      </w:r>
    </w:p>
    <w:p w:rsidR="006A7B60" w:rsidRDefault="00973339">
      <w:r>
        <w:t>23 ) Sprawdzanie otrzymywanych faktur i rachunków pod względem zgodności z dokonanymi zakupami, ilością dostarczonych towarów oraz dokumentami magazynowymi, w zakresie należącym do obowiązków pracownika.</w:t>
      </w:r>
    </w:p>
    <w:p w:rsidR="006A7B60" w:rsidRDefault="00973339">
      <w:r>
        <w:t>24 ) Opisywanie i przygotowywanie dokumentów finansowych do dalszego przekazania osobom lub jednostkom odpowiedzialnym za obsługę finansowo-księgową placówki oraz terminowe przekazywanie tych dokumentów.</w:t>
      </w:r>
    </w:p>
    <w:p w:rsidR="006A7B60" w:rsidRDefault="00973339">
      <w:r>
        <w:t>25 ) Prowadzenie dokumentacji dotyczącej odpłatności za korzystanie z wychowania przedszkolnego oraz wyżywienia dzieci – w zakresie powierzonym pracownikowi.</w:t>
      </w:r>
    </w:p>
    <w:p w:rsidR="006A7B60" w:rsidRDefault="00973339">
      <w:r>
        <w:t>26 ) Sporządzanie zestawień dotyczących obecności dzieci mających wpływ na rozliczenia za pobyt i wyżywienie oraz przygotowywanie danych niezbędnych do naliczania odpłatności, zgodnie z zasadami obowiązującymi w placówce.</w:t>
      </w:r>
    </w:p>
    <w:p w:rsidR="006A7B60" w:rsidRDefault="00973339">
      <w:r>
        <w:t>27 ) Prowadzenie ewidencji należności i wpłat związanych z pobytem oraz wyżywieniem dzieci – w zakresie powierzonych obowiązków – oraz informowanie dyrektora o stwierdzonych zaległościach.</w:t>
      </w:r>
    </w:p>
    <w:p w:rsidR="006A7B60" w:rsidRDefault="00973339">
      <w:r>
        <w:t>28 ) Współpraca z rodzicami w sprawach administracyjnych dotyczących odpłatności, rozliczeń, deklaracji oraz innych dokumentów związanych z pobytem dziecka w przedszkolu – w zakresie posiadanych upoważnień.</w:t>
      </w:r>
    </w:p>
    <w:p w:rsidR="006A7B60" w:rsidRDefault="00973339">
      <w:r>
        <w:t>29 ) Przyjmowanie dokumentów i oświadczeń składanych przez rodziców oraz przekazywanie ich właściwym osobom, a także udzielanie podstawowych informacji organizacyjnych zgodnie z kompetencjami i upoważnieniem dyrektora.</w:t>
      </w:r>
    </w:p>
    <w:p w:rsidR="006A7B60" w:rsidRDefault="00973339">
      <w:r>
        <w:t>30 ) Współpraca z dyrektorem w przygotowywaniu dokumentacji organizacyjnej przedszkola oraz materiałów, zestawień i dokumentów na potrzeby dyrektora, organu prowadzącego i innych uprawnionych instytucji.</w:t>
      </w:r>
    </w:p>
    <w:p w:rsidR="006A7B60" w:rsidRDefault="00973339">
      <w:r>
        <w:t>31 ) Prowadzenie ewidencji środków czystości, materiałów biurowych, gospodarczych i innych artykułów zakupionych na potrzeby placówki oraz kontrolowanie zapotrzebowania na te materiały.</w:t>
      </w:r>
    </w:p>
    <w:p w:rsidR="006A7B60" w:rsidRDefault="00973339">
      <w:r>
        <w:t>32 ) Dokonywanie, w zakresie powierzonych obowiązków, zamówień materiałów i wyposażenia potrzebnego do bieżącego funkcjonowania placówki.</w:t>
      </w:r>
    </w:p>
    <w:p w:rsidR="006A7B60" w:rsidRDefault="00973339">
      <w:r>
        <w:t>33 ) Prowadzenie dokumentacji dotyczącej powierzonych składników majątku przedszkola oraz współpraca przy ich ewidencjonowaniu, inwentaryzacji, spisach z natury i kasacji.</w:t>
      </w:r>
    </w:p>
    <w:p w:rsidR="006A7B60" w:rsidRDefault="00973339">
      <w:r>
        <w:t>34 ) Przestrzeganie przepisów dotyczących ochrony danych osobowych oraz właściwe zabezpieczanie dokumentacji zawierającej dane dzieci, rodziców i pracowników.</w:t>
      </w:r>
    </w:p>
    <w:p w:rsidR="006A7B60" w:rsidRDefault="00973339">
      <w:r>
        <w:t>35 ) Dbanie o dobro przedszkola, jego mienie oraz racjonalne i oszczędne gospodarowanie powierzonymi środkami.</w:t>
      </w:r>
    </w:p>
    <w:p w:rsidR="006A7B60" w:rsidRDefault="00973339">
      <w:r>
        <w:lastRenderedPageBreak/>
        <w:t>36 ) Niezwłoczne informowanie dyrektora o zauważonych nieprawidłowościach, awariach, zagrożeniach lub innych sytuacjach mogących mieć wpływ na bezpieczeństwo dzieci, pracowników lub mienia przedszkola.</w:t>
      </w:r>
    </w:p>
    <w:p w:rsidR="006A7B60" w:rsidRDefault="00973339">
      <w:r>
        <w:t>37 ) Wykonywanie innych czynności wynikających z zajmowanego stanowiska intendent–referent oraz poleceń dyrektora pozostających w związku z rodzajem wykonywanej pracy i zgodnych z obowiązującymi przepisami.</w:t>
      </w:r>
    </w:p>
    <w:p w:rsidR="00145536" w:rsidRDefault="00145536"/>
    <w:p w:rsidR="006703E7" w:rsidRDefault="00222C4D">
      <w:r>
        <w:t>KUCHARKA</w:t>
      </w:r>
    </w:p>
    <w:p w:rsidR="006703E7" w:rsidRDefault="00222C4D">
      <w:pPr>
        <w:pStyle w:val="Nagwek1"/>
      </w:pPr>
      <w:r>
        <w:t>§ 32</w:t>
      </w:r>
    </w:p>
    <w:p w:rsidR="006703E7" w:rsidRDefault="00145536">
      <w:r>
        <w:t xml:space="preserve"> </w:t>
      </w:r>
      <w:r w:rsidR="00222C4D">
        <w:t xml:space="preserve"> Obowiązkiem kucharki jest:</w:t>
      </w:r>
    </w:p>
    <w:p w:rsidR="006703E7" w:rsidRDefault="00222C4D">
      <w:r>
        <w:t>1 ) Przyrządzanie posiłków zgodnie z normami jakościowymi, ilościowymi</w:t>
      </w:r>
      <w:r w:rsidR="007E0032">
        <w:t xml:space="preserve"> </w:t>
      </w:r>
      <w:r>
        <w:t>i higienicznymi.</w:t>
      </w:r>
    </w:p>
    <w:p w:rsidR="006703E7" w:rsidRDefault="00222C4D">
      <w:r>
        <w:t>2 ) Przyjmowanie produktów z magazynu za pokwitowaniem ich odbioru</w:t>
      </w:r>
      <w:r w:rsidR="007E0032">
        <w:t xml:space="preserve"> </w:t>
      </w:r>
      <w:r>
        <w:t>w raportach żywieniowych.</w:t>
      </w:r>
    </w:p>
    <w:p w:rsidR="006703E7" w:rsidRDefault="00222C4D">
      <w:r>
        <w:t>3 ) Odpowiednie zabezpieczanie produktów przed obróbką.</w:t>
      </w:r>
    </w:p>
    <w:p w:rsidR="006703E7" w:rsidRDefault="00222C4D">
      <w:r>
        <w:t>4 ) Dbanie o jak najwyższą jakość i smak posiłków.</w:t>
      </w:r>
    </w:p>
    <w:p w:rsidR="006703E7" w:rsidRDefault="00222C4D">
      <w:r>
        <w:t>5 ) Wydawanie posiłków o wyznaczonych godzinach:</w:t>
      </w:r>
    </w:p>
    <w:p w:rsidR="006703E7" w:rsidRDefault="00222C4D">
      <w:r>
        <w:t>• śniadanie - 8.15</w:t>
      </w:r>
      <w:r w:rsidR="00145536">
        <w:t>,</w:t>
      </w:r>
    </w:p>
    <w:p w:rsidR="006703E7" w:rsidRDefault="00222C4D">
      <w:r>
        <w:t>• drugie śniadanie – 10.00</w:t>
      </w:r>
      <w:r w:rsidR="00145536">
        <w:t>,</w:t>
      </w:r>
    </w:p>
    <w:p w:rsidR="006703E7" w:rsidRDefault="00222C4D">
      <w:r>
        <w:t>• obiad: zupa – 10.30, II danie - 11.30</w:t>
      </w:r>
      <w:r w:rsidR="00145536">
        <w:t>,</w:t>
      </w:r>
    </w:p>
    <w:p w:rsidR="006703E7" w:rsidRDefault="00222C4D">
      <w:r>
        <w:t>• podwieczorek - 14.00.</w:t>
      </w:r>
    </w:p>
    <w:p w:rsidR="006703E7" w:rsidRDefault="00222C4D">
      <w:r>
        <w:t>6 ) Prowadzenie magazynu podręcznego.</w:t>
      </w:r>
    </w:p>
    <w:p w:rsidR="006703E7" w:rsidRDefault="00222C4D">
      <w:r>
        <w:t>7 ) Utrzymanie w stanie sprawności sprzętu kuchennego i sprawowanie nadzoru nad czystością i porządkiem w pomieszczeniach kuchennych.</w:t>
      </w:r>
    </w:p>
    <w:p w:rsidR="006703E7" w:rsidRDefault="00222C4D">
      <w:r>
        <w:t>8 ) Przestrzeganie właściwego wyglądu osobistego podczas pracy.</w:t>
      </w:r>
    </w:p>
    <w:p w:rsidR="006703E7" w:rsidRDefault="00222C4D">
      <w:r>
        <w:t>9 ) Branie udziału w ustalaniu jadłospisu.</w:t>
      </w:r>
    </w:p>
    <w:p w:rsidR="006703E7" w:rsidRDefault="00145536">
      <w:r>
        <w:t>10</w:t>
      </w:r>
      <w:r w:rsidR="00222C4D">
        <w:t xml:space="preserve"> ) Poddawanie się okresowym badaniom.</w:t>
      </w:r>
    </w:p>
    <w:p w:rsidR="00145536" w:rsidRDefault="00145536"/>
    <w:p w:rsidR="006703E7" w:rsidRDefault="00222C4D">
      <w:r>
        <w:t>POMOC KUCHENNA</w:t>
      </w:r>
    </w:p>
    <w:p w:rsidR="006703E7" w:rsidRDefault="00222C4D">
      <w:pPr>
        <w:pStyle w:val="Nagwek1"/>
      </w:pPr>
      <w:r>
        <w:t>§ 33</w:t>
      </w:r>
    </w:p>
    <w:p w:rsidR="006703E7" w:rsidRDefault="00222C4D">
      <w:r>
        <w:t>1.Do obowiązków pomocy kuchennej należy:</w:t>
      </w:r>
    </w:p>
    <w:p w:rsidR="006703E7" w:rsidRDefault="00222C4D">
      <w:r>
        <w:t>1 ) Utrzymywanie czystość i porządku w pomieszczeniach przydzielonych zgodnie z wymaganiami higieny przedszkolnej i dbanie o ich estetyczny wygląd.</w:t>
      </w:r>
    </w:p>
    <w:p w:rsidR="006703E7" w:rsidRDefault="00222C4D">
      <w:r>
        <w:t>2 ) Przestrzeganie przepisów o bezpieczeństwie pracy.</w:t>
      </w:r>
    </w:p>
    <w:p w:rsidR="006703E7" w:rsidRDefault="00222C4D">
      <w:r>
        <w:t>3 ) Przy używaniu sprzętu i urządzeń mechanicznych postępowanie zgodnie z instrukcją obsługi.</w:t>
      </w:r>
    </w:p>
    <w:p w:rsidR="006703E7" w:rsidRDefault="00222C4D">
      <w:r>
        <w:t>4 ) Pomaganie kucharce w przygotowywaniu i przyrządzaniu posiłków.</w:t>
      </w:r>
    </w:p>
    <w:p w:rsidR="006703E7" w:rsidRDefault="00222C4D">
      <w:r>
        <w:t>5 ) Ponoszenie odpowiedzialności za obróbkę wstępną warzyw i owoców oraz wszelkich surowców do produkcji posiłków.</w:t>
      </w:r>
    </w:p>
    <w:p w:rsidR="006703E7" w:rsidRDefault="00222C4D">
      <w:r>
        <w:t>6 ) Odpowiednie zabezpieczenie produktów przed i podczas obróbki.</w:t>
      </w:r>
    </w:p>
    <w:p w:rsidR="006703E7" w:rsidRDefault="00222C4D">
      <w:r>
        <w:lastRenderedPageBreak/>
        <w:t>7 ) Oszczędne gospodarowanie powierzonymi produktami.</w:t>
      </w:r>
    </w:p>
    <w:p w:rsidR="006703E7" w:rsidRDefault="00222C4D">
      <w:r>
        <w:t>8 ) Rozdrabnianie warzyw, owoców i innych surowców z uwzględnieniem wymogów technologii i instrukcji wykorzystywanych maszyn gastronomicznych.</w:t>
      </w:r>
    </w:p>
    <w:p w:rsidR="006703E7" w:rsidRDefault="00222C4D">
      <w:r>
        <w:t>9 ) Dbanie o swój wygląd estetyczny.</w:t>
      </w:r>
    </w:p>
    <w:p w:rsidR="006703E7" w:rsidRDefault="00145536">
      <w:r>
        <w:t>10</w:t>
      </w:r>
      <w:r w:rsidR="00222C4D">
        <w:t xml:space="preserve"> )Wykonywanie innych czynności poleconych przez kucharkę i dyrektora przedszkola a wynikających z organizacji pracy w przedszkolu.</w:t>
      </w:r>
    </w:p>
    <w:p w:rsidR="006703E7" w:rsidRDefault="00222C4D">
      <w:r>
        <w:t>12 ) Poddawanie się okresowym badaniom.</w:t>
      </w:r>
    </w:p>
    <w:p w:rsidR="00145536" w:rsidRDefault="00145536"/>
    <w:p w:rsidR="006703E7" w:rsidRDefault="00222C4D">
      <w:r>
        <w:t>KONSERWATOR</w:t>
      </w:r>
    </w:p>
    <w:p w:rsidR="006703E7" w:rsidRDefault="00222C4D">
      <w:pPr>
        <w:pStyle w:val="Nagwek1"/>
      </w:pPr>
      <w:r>
        <w:t>§ 34</w:t>
      </w:r>
    </w:p>
    <w:p w:rsidR="006703E7" w:rsidRDefault="00222C4D">
      <w:r>
        <w:t>1. Do obowiązków konserwatora należy:</w:t>
      </w:r>
    </w:p>
    <w:p w:rsidR="006703E7" w:rsidRDefault="00222C4D">
      <w:r>
        <w:t>1 ) Dbanie o stan urządzeń technicznych przedszkola.</w:t>
      </w:r>
    </w:p>
    <w:p w:rsidR="006703E7" w:rsidRDefault="00222C4D">
      <w:r>
        <w:t>2 ) Dokonywanie drobnych napraw maszyn, sprzętu i urządzeń w przedszkolu.</w:t>
      </w:r>
    </w:p>
    <w:p w:rsidR="006703E7" w:rsidRDefault="00222C4D">
      <w:r>
        <w:t>3 ) Dbałość o utrzymanie porządku i czystości na terenie przedszkola.</w:t>
      </w:r>
    </w:p>
    <w:p w:rsidR="006703E7" w:rsidRDefault="00222C4D">
      <w:r>
        <w:t xml:space="preserve">4 ) Dostarczanie produktów żywnościowych, zakupionego sprzętu </w:t>
      </w:r>
      <w:r w:rsidR="00145536">
        <w:t xml:space="preserve">i </w:t>
      </w:r>
      <w:r>
        <w:t>innych do przedszkola.</w:t>
      </w:r>
    </w:p>
    <w:p w:rsidR="006703E7" w:rsidRDefault="00222C4D">
      <w:r>
        <w:t>5 ) Odpowiedzialność za mienie przedszkola, sprawdzanie zabezpieczenia okien i drzwi.</w:t>
      </w:r>
    </w:p>
    <w:p w:rsidR="006703E7" w:rsidRDefault="00222C4D">
      <w:r>
        <w:t>6 ) Instruowanie pracowników przedszkola w zakresie sposobu używania maszyn i urządzeń w celu zapewnienia BHP.</w:t>
      </w:r>
    </w:p>
    <w:p w:rsidR="006703E7" w:rsidRDefault="00222C4D">
      <w:r>
        <w:t>7 ) Dbanie o całą posesję przedszkola ( koszenie trawy, przycinanie krzewów, odśnieżanie).</w:t>
      </w:r>
    </w:p>
    <w:p w:rsidR="006703E7" w:rsidRDefault="00222C4D">
      <w:r>
        <w:t>8 ) Konserwacja sprzętu i urządzeń w przedszkolu, na placu zabaw i na całej posesji przedszkola.</w:t>
      </w:r>
    </w:p>
    <w:p w:rsidR="006703E7" w:rsidRDefault="00222C4D">
      <w:r>
        <w:t>9 ) Wykonywanie doraźnych poleceń dyrektora przedszkola.</w:t>
      </w:r>
    </w:p>
    <w:p w:rsidR="006703E7" w:rsidRDefault="00222C4D">
      <w:r>
        <w:t>10 ) Konserwator powinien zwrócić się do osób postronnych wchodzących na teren przedszkola o podanie celu pobytu, w razie potrzeby powiadomić o tym fakcie dyrektora lub skierować tę osobę do dyrektora.</w:t>
      </w:r>
    </w:p>
    <w:p w:rsidR="006703E7" w:rsidRDefault="00222C4D">
      <w:pPr>
        <w:pStyle w:val="Nagwek1"/>
      </w:pPr>
      <w:r>
        <w:t>§ 35</w:t>
      </w:r>
    </w:p>
    <w:p w:rsidR="006703E7" w:rsidRDefault="00222C4D">
      <w:r>
        <w:t>1. Dokładny zakres obowiązków pracownicy przedszkola posiadają w</w:t>
      </w:r>
      <w:r w:rsidR="007E0032">
        <w:t xml:space="preserve"> </w:t>
      </w:r>
      <w:r>
        <w:t>odrębnych aktach. Dokumenty te są co roku podpisywane przez</w:t>
      </w:r>
      <w:r w:rsidR="007E0032">
        <w:t xml:space="preserve"> </w:t>
      </w:r>
      <w:r>
        <w:t>pracowników.</w:t>
      </w:r>
    </w:p>
    <w:p w:rsidR="006703E7" w:rsidRDefault="00222C4D">
      <w:pPr>
        <w:pStyle w:val="Nagwek1"/>
      </w:pPr>
      <w:r>
        <w:t>VII WYCHOWANKOWIE PRZEDSZKOLA I ICH RODZICE</w:t>
      </w:r>
    </w:p>
    <w:p w:rsidR="006703E7" w:rsidRDefault="00222C4D">
      <w:pPr>
        <w:pStyle w:val="Nagwek1"/>
      </w:pPr>
      <w:r>
        <w:t>§ 36</w:t>
      </w:r>
    </w:p>
    <w:p w:rsidR="006703E7" w:rsidRDefault="00222C4D">
      <w:r>
        <w:t>1. Wychowanie przedszkolne obejmuje dzieci od początku roku</w:t>
      </w:r>
      <w:r w:rsidR="007E0032">
        <w:t xml:space="preserve"> </w:t>
      </w:r>
      <w:r>
        <w:t>szkolnego w roku kalendarzowym, w którym dziecko kończy 3 lata, do końca</w:t>
      </w:r>
      <w:r w:rsidR="007E0032">
        <w:t xml:space="preserve"> </w:t>
      </w:r>
      <w:r>
        <w:t>roku szkolnego w roku kalendarzowym, w którym dziecko kończy 7 lat.Wychowanie przedszkolne jest realizowane w przedszkolach oraz w innych</w:t>
      </w:r>
      <w:r w:rsidR="007E0032">
        <w:t xml:space="preserve"> </w:t>
      </w:r>
      <w:r>
        <w:t>formach wychowania przedszkolnego</w:t>
      </w:r>
      <w:r w:rsidR="007E0032">
        <w:t>:</w:t>
      </w:r>
    </w:p>
    <w:p w:rsidR="006703E7" w:rsidRDefault="00222C4D">
      <w:r>
        <w:t>1 ) w szczególnie uzasadnionych przypadkach wychowaniem przedszkolnym może zostać objęte dziecko, które ukończyło 2,5 lat.</w:t>
      </w:r>
    </w:p>
    <w:p w:rsidR="006703E7" w:rsidRDefault="00222C4D">
      <w:r>
        <w:lastRenderedPageBreak/>
        <w:t>2. Od obowiązku szkolnego odracza dyrektor szkoły na wniosek rodzica po otrzymaniu orzeczenia z poradni psychologiczno-pedagogicznej.</w:t>
      </w:r>
    </w:p>
    <w:p w:rsidR="006703E7" w:rsidRDefault="00222C4D">
      <w:r>
        <w:t>3. Odroczenie dziecka od spełniania obowiązku szkolnego może być udzielone tylko na rok.</w:t>
      </w:r>
    </w:p>
    <w:p w:rsidR="006703E7" w:rsidRDefault="00222C4D">
      <w:r>
        <w:t>4.W przypadku dzieci posiadających orzeczenie o potrzebie kształcenia</w:t>
      </w:r>
      <w:r w:rsidR="007E0032">
        <w:t xml:space="preserve"> </w:t>
      </w:r>
      <w:r>
        <w:t>specjalnego wychowaniem przedszkolnym może być objęte dziecko w wieku powyżej 7 lat, nie dłużej jednak niż do końca roku szkolnego w roku kalendarzowym, w którym dziecko kończy 9 lat.</w:t>
      </w:r>
    </w:p>
    <w:p w:rsidR="006703E7" w:rsidRDefault="00222C4D">
      <w:r>
        <w:t>5. Decyzję w sprawie odroczenia obowiązku szkolnego podejmuje dyrektor publicznej szkoły podstawowej, w obwodzie której dziecko mieszka, po zasięgnięciu opinii publicznej poradni psychologiczno-pedagogicznej.</w:t>
      </w:r>
    </w:p>
    <w:p w:rsidR="006703E7" w:rsidRDefault="00222C4D">
      <w:r>
        <w:t>6. Obowiązkiem gminy jest zapewnienie niepełnosprawnym dzieciom</w:t>
      </w:r>
      <w:r w:rsidR="007E0032">
        <w:t xml:space="preserve"> </w:t>
      </w:r>
      <w:r>
        <w:t>pięcioletnim i sześcioletnim oraz dzieciom objętym wychowaniem</w:t>
      </w:r>
      <w:r w:rsidR="007E0032">
        <w:t xml:space="preserve"> </w:t>
      </w:r>
      <w:r>
        <w:t>przedszkolnym na podstawie art. 14 ust. 1a bezpłatnego transportu i opieki w czasie przewozu do najbliższego przedszkola, innej formy wychowania przedszkolnego lub ośrodka umożliwiającego dzieciom, o których mowa w art. 16 ust. 7, a także dzieciom z upośledzeniem umysłowym z niepełnosprawnościami sprzężonymi realizację obowiązku, o którym mowa w art. 14 ust. 3, albo zwrot kosztów przejazdu dziecka i opiekuna na zasadach określonych w umowie zawartej między wójtem (burmistrzem, prezydentem miasta) a rodzicami, jeżeli dowożenie zapewniają rodzice.</w:t>
      </w:r>
    </w:p>
    <w:p w:rsidR="006703E7" w:rsidRDefault="00222C4D">
      <w:pPr>
        <w:pStyle w:val="Nagwek1"/>
      </w:pPr>
      <w:r>
        <w:t>§ 37</w:t>
      </w:r>
    </w:p>
    <w:p w:rsidR="006703E7" w:rsidRDefault="00222C4D">
      <w:r>
        <w:t>1. Przedszkole prowadzi rekrutację dzieci na dany rok szkolny w oparciu o zasadę powszechnej dostępności.</w:t>
      </w:r>
    </w:p>
    <w:p w:rsidR="006703E7" w:rsidRDefault="00222C4D">
      <w:r>
        <w:t>2. Rodzice ubiegający się o umieszczenie dziecka w przedszkolu obowiązani są wypełnić wniosek na platformie e-rekrutacja. Adres strony znajduje się na internetowej stronie miasta: www.paslek.pl oraz internetowej stronie przedszkola: www. przedszkolepp2paslek.szkolnastrona.pl/</w:t>
      </w:r>
    </w:p>
    <w:p w:rsidR="006703E7" w:rsidRDefault="00222C4D">
      <w:r>
        <w:t>1 ) Rodzice dzieci uczęszczających do placówki w wyznaczonym terminie składają do dyrektora DEKLARACJĘ O KONTYNUOWANIU WYCHOWANIA PRZEDSZKOLNEGO załącznik nr 3</w:t>
      </w:r>
    </w:p>
    <w:p w:rsidR="006703E7" w:rsidRDefault="00222C4D">
      <w:r>
        <w:t>3. Dziecko w wieku 6 lat jest obowiązane odbyć roczne przygotowanie</w:t>
      </w:r>
      <w:r w:rsidR="00145536">
        <w:t xml:space="preserve"> </w:t>
      </w:r>
      <w:r>
        <w:t>przedszkolne w przedszkolu lub w innej formie wychowania przedszkolnego.</w:t>
      </w:r>
    </w:p>
    <w:p w:rsidR="006703E7" w:rsidRDefault="00222C4D">
      <w:r>
        <w:t>4. Dzieci w wieku 3, 4 i 5 lat mają prawo do korzystania z wychowania przedszkolnego w przedszkolu lub innej formie wychowania przedszkolnego.</w:t>
      </w:r>
    </w:p>
    <w:p w:rsidR="006703E7" w:rsidRDefault="00222C4D">
      <w:r>
        <w:t>5.W przypadku, gdy liczba dzieci zgłoszonych do przedszkola nie przekracza liczby miejsc przyjęć dokonuje dyrektor przedszkola na podstawie złożonych przez rodziców wniosków. Wzór wniosku stanowi załącznik nr 2.</w:t>
      </w:r>
    </w:p>
    <w:p w:rsidR="006703E7" w:rsidRDefault="00222C4D">
      <w:r>
        <w:t>6.W przypadku, gdy liczba dzieci zgłoszonych do przedszkola przekracza liczbę miejsc system e-rekrutacja wskazuje wolne miejsce w innych przedszkolach lub oddziałach przedszkolnych.</w:t>
      </w:r>
    </w:p>
    <w:p w:rsidR="006703E7" w:rsidRDefault="00222C4D">
      <w:r>
        <w:t>8. Protokoły komisji łącznie z kartami zgłoszeń dzieci są przechowywane w kancelarii przedszkola.</w:t>
      </w:r>
    </w:p>
    <w:p w:rsidR="006703E7" w:rsidRDefault="00222C4D">
      <w:r>
        <w:t>9.W ciągu roku przyjęć dzieci do przedszkola dokonuje dyrektor.</w:t>
      </w:r>
    </w:p>
    <w:p w:rsidR="006703E7" w:rsidRDefault="00222C4D">
      <w:pPr>
        <w:pStyle w:val="Nagwek1"/>
      </w:pPr>
      <w:r>
        <w:t>§ 38</w:t>
      </w:r>
    </w:p>
    <w:p w:rsidR="00145536" w:rsidRDefault="00145536"/>
    <w:p w:rsidR="006703E7" w:rsidRDefault="00222C4D">
      <w:r>
        <w:t>PRAWA DZIECKA W PRZEDSZKOLU</w:t>
      </w:r>
    </w:p>
    <w:p w:rsidR="006703E7" w:rsidRDefault="00222C4D">
      <w:r>
        <w:t>Dziecko ma prawo do:</w:t>
      </w:r>
    </w:p>
    <w:p w:rsidR="006703E7" w:rsidRDefault="00222C4D">
      <w:r>
        <w:t>1.Warunków zapewniających dziecku bezpieczeństwo.</w:t>
      </w:r>
    </w:p>
    <w:p w:rsidR="006703E7" w:rsidRDefault="00222C4D">
      <w:r>
        <w:lastRenderedPageBreak/>
        <w:t>2.Właściwego, zorganizowanego procesu wychowawczo-dydaktycznego dostosowanego do możliwości indywidualnych dziecka.</w:t>
      </w:r>
    </w:p>
    <w:p w:rsidR="006703E7" w:rsidRDefault="00222C4D">
      <w:r>
        <w:t>3.Dziecko ma prawo w szczególności do:</w:t>
      </w:r>
    </w:p>
    <w:p w:rsidR="006703E7" w:rsidRDefault="00222C4D">
      <w:r>
        <w:t>1 ) akceptacji takim jakie jest,</w:t>
      </w:r>
    </w:p>
    <w:p w:rsidR="006703E7" w:rsidRDefault="00222C4D">
      <w:r>
        <w:t>2 ) spokoju i samotności, gdy tego potrzebuje,</w:t>
      </w:r>
    </w:p>
    <w:p w:rsidR="006703E7" w:rsidRDefault="00222C4D">
      <w:r>
        <w:t>3 ) aktywnej dyskusji z dziećmi i dorosłymi</w:t>
      </w:r>
      <w:r w:rsidR="000C3720">
        <w:t>,</w:t>
      </w:r>
    </w:p>
    <w:p w:rsidR="006703E7" w:rsidRDefault="00222C4D">
      <w:r>
        <w:t>4 ) aktywnego kształtowania kontaktów społecznych i otrzymania w tym pomocy</w:t>
      </w:r>
      <w:r w:rsidR="000C3720">
        <w:t>,</w:t>
      </w:r>
    </w:p>
    <w:p w:rsidR="006703E7" w:rsidRDefault="00222C4D">
      <w:r>
        <w:t>5) zabawy i wyboru towarzyszy zabawy</w:t>
      </w:r>
      <w:r w:rsidR="000C3720">
        <w:t>,</w:t>
      </w:r>
    </w:p>
    <w:p w:rsidR="006703E7" w:rsidRDefault="00222C4D">
      <w:r>
        <w:t>6) snu i wypoczynku, jeśli jest zmęczone</w:t>
      </w:r>
      <w:r w:rsidR="000C3720">
        <w:t>,</w:t>
      </w:r>
    </w:p>
    <w:p w:rsidR="006703E7" w:rsidRDefault="00222C4D">
      <w:r>
        <w:t>7) jedzenia i picia, gdy jest głodne i spragnione</w:t>
      </w:r>
      <w:r w:rsidR="000C3720">
        <w:t>,</w:t>
      </w:r>
    </w:p>
    <w:p w:rsidR="006703E7" w:rsidRDefault="00222C4D">
      <w:r>
        <w:t>8) zdrowego jedzenia.</w:t>
      </w:r>
    </w:p>
    <w:p w:rsidR="006703E7" w:rsidRDefault="00222C4D">
      <w:pPr>
        <w:pStyle w:val="Nagwek1"/>
      </w:pPr>
      <w:r>
        <w:t>§ 39</w:t>
      </w:r>
    </w:p>
    <w:p w:rsidR="006703E7" w:rsidRDefault="00222C4D">
      <w:r>
        <w:t>Wychowanek przedszkola ma obowiązek przestrzegania umów społecznych obowiązujących w społeczności przedszkolnej, a zwłaszcza:</w:t>
      </w:r>
    </w:p>
    <w:p w:rsidR="006703E7" w:rsidRDefault="00222C4D">
      <w:r>
        <w:t>1 ) systematycznego i aktywnego uczestniczenia w zajęciach edukacyjnych i w życiu przedszkola w miarę własnych możliwości,</w:t>
      </w:r>
    </w:p>
    <w:p w:rsidR="006703E7" w:rsidRDefault="00222C4D">
      <w:r>
        <w:t>2 ) przestrzegania zasad kultury współżycia w odniesieniu do rówieśników, nauczycieli i innych pracowników przedszkola,</w:t>
      </w:r>
    </w:p>
    <w:p w:rsidR="006703E7" w:rsidRDefault="00222C4D">
      <w:r>
        <w:t>3 ) odpowiedzialności za własne życie, zdrowie i higienę,</w:t>
      </w:r>
    </w:p>
    <w:p w:rsidR="006703E7" w:rsidRDefault="00222C4D">
      <w:r>
        <w:t>4 ) dbania o własne dobro, ład i porządek w przedszkolu.</w:t>
      </w:r>
    </w:p>
    <w:p w:rsidR="006703E7" w:rsidRDefault="00222C4D">
      <w:pPr>
        <w:pStyle w:val="Nagwek1"/>
      </w:pPr>
      <w:r>
        <w:t>§ 40</w:t>
      </w:r>
    </w:p>
    <w:p w:rsidR="006703E7" w:rsidRDefault="00222C4D">
      <w:r>
        <w:t>1. Dyrektor może skreślić dziecko z listy wychowanków w przypadku gdy:</w:t>
      </w:r>
    </w:p>
    <w:p w:rsidR="006703E7" w:rsidRDefault="00222C4D">
      <w:r>
        <w:t>1 ) Rodzice nie przestrzegają regulaminu przedszkola.</w:t>
      </w:r>
    </w:p>
    <w:p w:rsidR="006703E7" w:rsidRDefault="00222C4D">
      <w:r>
        <w:t>2 ) Dziecko zagraża bezpieczeństwu i życiu innych dzieci / musi być to p</w:t>
      </w:r>
      <w:r w:rsidR="007E0032">
        <w:t>otwierdzone diagnozą psychologa.</w:t>
      </w:r>
    </w:p>
    <w:p w:rsidR="006703E7" w:rsidRDefault="00222C4D">
      <w:r>
        <w:t>3 ) Dziecko nie uczęszcza do oddziału przez okres miesiąca, a rodzice nie zgłaszają przyczyny nieobecności.</w:t>
      </w:r>
    </w:p>
    <w:p w:rsidR="006703E7" w:rsidRDefault="00222C4D">
      <w:r>
        <w:t>4 ) Rodzice bez podania przyczyny zalegają z opłatami / 2 m-ce/.</w:t>
      </w:r>
    </w:p>
    <w:p w:rsidR="006703E7" w:rsidRDefault="00222C4D">
      <w:r>
        <w:t>2. Procedura postępowania w przypadku skreślenia dziecka z listy wychowanków:</w:t>
      </w:r>
    </w:p>
    <w:p w:rsidR="006703E7" w:rsidRDefault="00222C4D">
      <w:r>
        <w:t>1 ) pisemne zawiadomienie rodziców o zamiarze skreślenia z listy</w:t>
      </w:r>
      <w:r w:rsidR="007E0032">
        <w:t xml:space="preserve"> </w:t>
      </w:r>
      <w:r>
        <w:t>wychowanków z podaniem przyczyny, terminu na dopełnienie formalności, przewidywanego terminu skreślenia oraz w jakim terminie i do kogo rodzic może się odwołać w przypadku skreślenia dziecka z listy wychowanków,</w:t>
      </w:r>
    </w:p>
    <w:p w:rsidR="006703E7" w:rsidRDefault="00222C4D">
      <w:r>
        <w:t>2 ) pisemne zawiadomienie o skreśleniu dziecka z listy wychowanków z podaniem w jakim terminie i do kogo rodzic może się odwołać,</w:t>
      </w:r>
    </w:p>
    <w:p w:rsidR="006703E7" w:rsidRDefault="00222C4D">
      <w:r>
        <w:t>3 ) od decyzji skreślenia dziecka z listy wychowanków rodzic ma prawo wnieść odwołanie do właściwego organu wyższego stopnia ustalonego w art. 17 Kodeksu postępowania administracyjnego</w:t>
      </w:r>
      <w:r w:rsidR="007E0032">
        <w:t xml:space="preserve"> tj. organu prowadzącego</w:t>
      </w:r>
      <w:r>
        <w:t>.</w:t>
      </w:r>
    </w:p>
    <w:p w:rsidR="005F556C" w:rsidRDefault="005F556C">
      <w:pPr>
        <w:pStyle w:val="Nagwek2"/>
      </w:pPr>
    </w:p>
    <w:p w:rsidR="005F556C" w:rsidRDefault="005F556C">
      <w:pPr>
        <w:pStyle w:val="Nagwek2"/>
      </w:pPr>
    </w:p>
    <w:p w:rsidR="006703E7" w:rsidRDefault="00222C4D">
      <w:pPr>
        <w:pStyle w:val="Nagwek2"/>
      </w:pPr>
      <w:r>
        <w:t> § 41</w:t>
      </w:r>
    </w:p>
    <w:p w:rsidR="006703E7" w:rsidRDefault="00222C4D">
      <w:r>
        <w:t>1. Rodzice maja prawo do:</w:t>
      </w:r>
    </w:p>
    <w:p w:rsidR="006703E7" w:rsidRDefault="00222C4D">
      <w:r>
        <w:t>1 ) udziału w różnych formach spotkań oddziałowych, tj. zajęciach otwartych, zajęciach wspólnych z rodzicami, w zebraniach organizacyjnych, warsztatach praktycznych, imprezach wewnętrznych i środowiskowych.</w:t>
      </w:r>
    </w:p>
    <w:p w:rsidR="006703E7" w:rsidRDefault="00222C4D">
      <w:r>
        <w:t>2 ) konsultacji indywidualnych z wychowawcą,</w:t>
      </w:r>
    </w:p>
    <w:p w:rsidR="006703E7" w:rsidRDefault="00222C4D">
      <w:r>
        <w:t>3 ) bezpośredniego uczestnictwa w codziennym życiu grupy,</w:t>
      </w:r>
    </w:p>
    <w:p w:rsidR="006703E7" w:rsidRDefault="00222C4D">
      <w:r>
        <w:t>4 ) wyrażania i przekazywania dyrektorowi uwag i opinii na temat pracy nauczycieli i przedszkola.</w:t>
      </w:r>
    </w:p>
    <w:p w:rsidR="006703E7" w:rsidRDefault="00222C4D">
      <w:r>
        <w:t>2. Do podstawowych obowiązków rodziców dziecka należy:</w:t>
      </w:r>
    </w:p>
    <w:p w:rsidR="006703E7" w:rsidRDefault="00222C4D">
      <w:r>
        <w:t>1 ) przestrzeganie niniejszego statutu,</w:t>
      </w:r>
    </w:p>
    <w:p w:rsidR="006703E7" w:rsidRDefault="00222C4D">
      <w:r>
        <w:t>2 ) respektowanie uchwał Rady Pedagogicznej i Rady Rodziców,</w:t>
      </w:r>
    </w:p>
    <w:p w:rsidR="006703E7" w:rsidRDefault="00222C4D">
      <w:r>
        <w:t>3 ) terminowe uiszczanie odpłatności za pobyt dziecka w przedszkolu,</w:t>
      </w:r>
    </w:p>
    <w:p w:rsidR="006703E7" w:rsidRDefault="00222C4D">
      <w:r>
        <w:t>4 ) przyprowadzanie i odbieranie dziecka ( zgodnie z Oświadczeniem rodzica- załącznik nr 1) z przedszkola lub zadbanie o upoważnienie do tego osoby zapewniającej dziecku pełne bezpieczeństwo,</w:t>
      </w:r>
    </w:p>
    <w:p w:rsidR="006703E7" w:rsidRDefault="00222C4D">
      <w:r>
        <w:t>5 ) niezwłoczne informowanie o przyczynie nieobecności dziecka.</w:t>
      </w:r>
    </w:p>
    <w:p w:rsidR="006703E7" w:rsidRDefault="00222C4D">
      <w:pPr>
        <w:pStyle w:val="Nagwek1"/>
      </w:pPr>
      <w:r>
        <w:t>VIII ZASADY UDZIELANIA POMOCY PSYCHOLOGICZNO-PEDAGOGICZNEJ</w:t>
      </w:r>
    </w:p>
    <w:p w:rsidR="006703E7" w:rsidRDefault="00222C4D">
      <w:pPr>
        <w:pStyle w:val="Nagwek1"/>
      </w:pPr>
      <w:r>
        <w:t>§ 42</w:t>
      </w:r>
    </w:p>
    <w:p w:rsidR="006703E7" w:rsidRDefault="00222C4D">
      <w:r>
        <w:t>1.Przedszkole organizuje pomoc psychologiczno-pedagogiczną na zasadach określonych w rozporządzeniu Ministra Edukacji Narodowej z dnia 9 sierpnia 2017 r. w sprawie zasad organizacji i udzielania pomocy psychologiczno-pedagogicznej w publicznych przedszkolach, szkołach i placówkach (t.j. Dz.U. z 2023 r. poz. 1798 ze zm.). Pomoc udzielana jest wychowankom przedszkola, ich rodzicom oraz nauczycielom.</w:t>
      </w:r>
    </w:p>
    <w:p w:rsidR="006703E7" w:rsidRDefault="00222C4D">
      <w:r>
        <w:t>2.Pomoc psychologiczno-pedagogiczna udzielana wychowankowi polega na rozpoznawaniu i zaspokajaniu indywidualnych potrzeb rozwojowych i edukacyjnych oraz rozpoznawaniu indywidualnych możliwości psychofizycznych dziecka, wynikających w szczególności z:</w:t>
      </w:r>
    </w:p>
    <w:p w:rsidR="006703E7" w:rsidRDefault="00222C4D">
      <w:r>
        <w:t>1 ) niepełnosprawności,</w:t>
      </w:r>
    </w:p>
    <w:p w:rsidR="006703E7" w:rsidRDefault="00222C4D">
      <w:r>
        <w:t>2 ) niedostosowania społecznego lub zagrożenia niedostosowaniem społecznym,</w:t>
      </w:r>
    </w:p>
    <w:p w:rsidR="006703E7" w:rsidRDefault="00222C4D">
      <w:r>
        <w:t>3 ) szczególnych uzdolnień,</w:t>
      </w:r>
    </w:p>
    <w:p w:rsidR="006703E7" w:rsidRDefault="00222C4D">
      <w:r>
        <w:t>4 ) specyficznych trudności w uczeniu się,</w:t>
      </w:r>
    </w:p>
    <w:p w:rsidR="006703E7" w:rsidRDefault="00222C4D">
      <w:r>
        <w:t>5 ) zaburzeń komunikacji językowej,</w:t>
      </w:r>
    </w:p>
    <w:p w:rsidR="006703E7" w:rsidRDefault="00222C4D">
      <w:r>
        <w:t>6 ) choroby przewlekłej,</w:t>
      </w:r>
    </w:p>
    <w:p w:rsidR="006703E7" w:rsidRDefault="00222C4D">
      <w:r>
        <w:t>7 ) sytuacji kryzysowych lub traumatycznych,</w:t>
      </w:r>
    </w:p>
    <w:p w:rsidR="006703E7" w:rsidRDefault="00222C4D">
      <w:r>
        <w:t>8 ) zaniedbań środowiskowych związanych z sytuacją bytową dziecka i jego rodziny, sposobem spędzania wolnego czasu, kontaktami środowiskowymi,</w:t>
      </w:r>
    </w:p>
    <w:p w:rsidR="006703E7" w:rsidRDefault="00222C4D">
      <w:r>
        <w:lastRenderedPageBreak/>
        <w:t>9 ) trudności adaptacyjnych związanych z różnicami kulturowymi lub ze zmianą środowiska edukacyjnego.</w:t>
      </w:r>
    </w:p>
    <w:p w:rsidR="006703E7" w:rsidRDefault="00222C4D">
      <w:r>
        <w:t>3.Pomoc psychologiczno-pedagogiczna udzielana rodzicom i nauczycielom polega na wspieraniu ich w rozwiązywaniu problemów wychowawczych i dydaktycznych oraz rozwijaniu umiejętności wychowawczych w celu zwiększania efektywności pomocy dla wychowanków.</w:t>
      </w:r>
    </w:p>
    <w:p w:rsidR="006703E7" w:rsidRDefault="00222C4D">
      <w:r>
        <w:t>4.Korzystanie z pomocy psychologiczno-pedagogicznej w przedszkolu jest dobrowolne i nieodpłatne.</w:t>
      </w:r>
    </w:p>
    <w:p w:rsidR="006703E7" w:rsidRDefault="00222C4D">
      <w:r>
        <w:t>5.Pomoc psychologiczno-pedagogiczną organizuje dyrektor przedszkola.</w:t>
      </w:r>
    </w:p>
    <w:p w:rsidR="006703E7" w:rsidRDefault="00222C4D">
      <w:r>
        <w:t>6.Pomocy psychologiczno-pedagogicznej w przedszkolu udzielają wychowankowi nauczyciele w trakcie bieżącej pracy, prowadząc z nim zajęcia, oraz specjaliści wykonujący zadania z zakresu pomocy psychologiczno-pedagogicznej, w szczególności psycholodzy, logopedzi i pedagodzy specjalni we współpracy z:</w:t>
      </w:r>
    </w:p>
    <w:p w:rsidR="006703E7" w:rsidRDefault="00222C4D">
      <w:r>
        <w:t>1 ) rodzicami wychowanka,</w:t>
      </w:r>
    </w:p>
    <w:p w:rsidR="006703E7" w:rsidRDefault="00222C4D">
      <w:r>
        <w:t>2 ) poradniami psychologiczno-pedagogicznymi,</w:t>
      </w:r>
    </w:p>
    <w:p w:rsidR="006703E7" w:rsidRDefault="00222C4D">
      <w:r>
        <w:t>3 ) placówkami doskonalenia nauczycieli,</w:t>
      </w:r>
    </w:p>
    <w:p w:rsidR="006703E7" w:rsidRDefault="00222C4D">
      <w:r>
        <w:t>4 ) innymi przedszkolami,</w:t>
      </w:r>
    </w:p>
    <w:p w:rsidR="006703E7" w:rsidRDefault="00222C4D">
      <w:r>
        <w:t>5 ) organizacjami i instytucjami działającymi na rzecz rodziny, dzieci i młodzieży.</w:t>
      </w:r>
    </w:p>
    <w:p w:rsidR="006703E7" w:rsidRDefault="00222C4D">
      <w:r>
        <w:t>7.Pomoc psychologiczno-pedagogiczna udzielana jest wychowankom przedszkola w formie:</w:t>
      </w:r>
    </w:p>
    <w:p w:rsidR="006703E7" w:rsidRDefault="00222C4D">
      <w:r>
        <w:t>1 ) zajęć dydaktyczno-wyrównawczych,</w:t>
      </w:r>
    </w:p>
    <w:p w:rsidR="006703E7" w:rsidRDefault="00222C4D">
      <w:r>
        <w:t>2 ) zajęć specjalistycznych: korekcyjno-</w:t>
      </w:r>
      <w:r w:rsidR="00C16019">
        <w:t>kompensacyjnych, logopedycznych, rozwijających kompetencje emocjonalno-społeczne,</w:t>
      </w:r>
    </w:p>
    <w:p w:rsidR="006703E7" w:rsidRDefault="00222C4D">
      <w:r>
        <w:t>3 ) zajęć rozwijających uzdolnienia.</w:t>
      </w:r>
    </w:p>
    <w:p w:rsidR="006703E7" w:rsidRDefault="00222C4D">
      <w:r>
        <w:t>8.Pomoc psychologiczno-pedagogiczna w przedszkolu udzielana jest rodzicom wychowanków i nauczycielom w formie porad, konsultacji, warsztatów i szkoleń.</w:t>
      </w:r>
    </w:p>
    <w:p w:rsidR="006703E7" w:rsidRDefault="00222C4D">
      <w:r>
        <w:t>9.Zajęcia korekcyjno-kompensacyjne organizuje się dla dzieci wykazujących trudności w spełnianiu wymagań edukacyjnych wynikających z podstawy programowej wychowania przedszkolnego.</w:t>
      </w:r>
    </w:p>
    <w:p w:rsidR="006703E7" w:rsidRDefault="00222C4D">
      <w:r>
        <w:t>10.Zajęcia logopedyczne organizuje się dla dzieci z zaburzeniami mowy, które powodują zaburzenia komunikacji językowej oraz utrudniają naukę.</w:t>
      </w:r>
    </w:p>
    <w:p w:rsidR="006703E7" w:rsidRDefault="00222C4D">
      <w:r>
        <w:t>11.Zajęcia rozwijające uzdolnienia organizuje się dla dzieci szczególnie uzdolnionych oraz prowadzi przy wykorzystaniu aktywnych metod pracy.</w:t>
      </w:r>
    </w:p>
    <w:p w:rsidR="006703E7" w:rsidRDefault="00222C4D">
      <w:r>
        <w:t>12.Nauczyciele prowadzą w przedszkolu działania pedagogiczne mające na celu:</w:t>
      </w:r>
    </w:p>
    <w:p w:rsidR="006703E7" w:rsidRDefault="00222C4D">
      <w:r>
        <w:t>1 ) rozpoznanie indywidualnych potrzeb rozwojowych i edukacyjnych oraz możliwości psychofizycznych wychowanków oraz zaplanowanie sposobów ich zaspokojenia, w tym obserwację pedagogiczną zakończoną analizą i oceną gotowości dziecka do podjęcia nauki w szkole,</w:t>
      </w:r>
    </w:p>
    <w:p w:rsidR="006703E7" w:rsidRDefault="00222C4D">
      <w:r>
        <w:t>2 ) rozpoznanie zainteresowań i uzdolnień wychowanków oraz zaplanowanie wsparcia związanego z ich rozwijaniem.</w:t>
      </w:r>
    </w:p>
    <w:p w:rsidR="006703E7" w:rsidRDefault="00222C4D">
      <w:r>
        <w:t>13.Przedszkole współpracuje z psychologiem z poradni psychologiczno-pedagogicznej.</w:t>
      </w:r>
    </w:p>
    <w:p w:rsidR="006703E7" w:rsidRDefault="00222C4D">
      <w:r>
        <w:t>14.Do zadań psychologa w przedszkolu należy:</w:t>
      </w:r>
    </w:p>
    <w:p w:rsidR="006703E7" w:rsidRDefault="00222C4D">
      <w:r>
        <w:t>1. W przedszkolu zatrudnia się psychologa.</w:t>
      </w:r>
    </w:p>
    <w:p w:rsidR="006703E7" w:rsidRDefault="00222C4D">
      <w:r>
        <w:t>2. Do zadań przedszkolnego psychologa należy w szczególności:</w:t>
      </w:r>
    </w:p>
    <w:p w:rsidR="006703E7" w:rsidRDefault="00222C4D">
      <w:r>
        <w:t>1 ) prowadzenie badań i działań diagnostycznych dzieci, w tym diagnozowanie indywidualnych potrzeb rozwojowych i edukacyjnych oraz możliwości psychofizycznych dzieci,</w:t>
      </w:r>
    </w:p>
    <w:p w:rsidR="006703E7" w:rsidRDefault="00222C4D">
      <w:r>
        <w:lastRenderedPageBreak/>
        <w:t>2 ) diagnozowanie sytuacji wychowawczych w przedszkolu w celu rozwiązywania problemów wychowawczych stanowiących barierę i ograniczających aktywne i pełne uczestnictwo dziecka w życiu przedszkola,</w:t>
      </w:r>
    </w:p>
    <w:p w:rsidR="006703E7" w:rsidRDefault="00222C4D">
      <w:r>
        <w:t>3 ) udzielanie dzieciom pomocy psychologiczno-pedagogicznej w formach odpow</w:t>
      </w:r>
      <w:r w:rsidR="00307704">
        <w:t>iednich do rozpoznanych potrzeb,</w:t>
      </w:r>
    </w:p>
    <w:p w:rsidR="006703E7" w:rsidRDefault="00222C4D">
      <w:r>
        <w:t>4 ) minimalizowanie skutków zaburzeń rozwojowych, zapobieganie zaburzeniom zachowania oraz inicjowanie różnych form pomocy w środowisku przedszkolnym,</w:t>
      </w:r>
    </w:p>
    <w:p w:rsidR="006703E7" w:rsidRDefault="00222C4D">
      <w:r>
        <w:t>5 ) inicjowanie i prowadzenie działań mediacyjnych i interwencyjnych w sytuacjach kryzysowych,</w:t>
      </w:r>
    </w:p>
    <w:p w:rsidR="006703E7" w:rsidRDefault="00222C4D">
      <w:r>
        <w:t>6 ) pomoc rodzicom i nauczycielom w rozpoznawaniu i rozwijaniu indywidualnych możliwości, predyspozycji i uzdolnień dzieci,</w:t>
      </w:r>
    </w:p>
    <w:p w:rsidR="006703E7" w:rsidRDefault="00222C4D">
      <w:r>
        <w:t>7 ) wspieranie nauczycieli, wychowawców grup wychowawczych i innych specjalistów w:</w:t>
      </w:r>
    </w:p>
    <w:p w:rsidR="006703E7" w:rsidRDefault="00222C4D">
      <w:r>
        <w:t>a) rozpoznawaniu indywidualnych potrzeb rozwojowych i edukacyjnych oraz możliwości psychofizycznych dzieci,</w:t>
      </w:r>
    </w:p>
    <w:p w:rsidR="006703E7" w:rsidRDefault="00222C4D">
      <w:r>
        <w:t>b) udzielaniu pomocy psychologiczno-pedagogicznej.</w:t>
      </w:r>
    </w:p>
    <w:p w:rsidR="006703E7" w:rsidRDefault="00222C4D">
      <w:r>
        <w:t>15.W okresie prowadzenia zajęć z wykorzystaniem metod i technik kształcenia na odległość nauczyciele przedszkola i specjaliści monitorują postępy dziecka na bieżąco i przekazują rodzicom informacje regularnie i terminowo, z zachowaniem poufności.</w:t>
      </w:r>
    </w:p>
    <w:p w:rsidR="006703E7" w:rsidRDefault="00222C4D">
      <w:r>
        <w:t>16.W okresie prowadzenia zajęć z wykorzystaniem metod i technik kształcenia na odległość dyrektor przekazuje rodzicom dzieci i nauczycielom informację o sposobie i trybie realizacji zadań w zakresie organizacji kształcenia specjalnego, pomocy psychologiczno-pedagogicznej, indywidualnego obowiązkowego rocznego przygotowania przedszkolnego, indywidualnego nauczania, zajęć rewalidacyjno-wychowawczych, zajęć wczesnego wspomagania rozwoju dziecka oraz zajęć dodatkowej, bezpłatnej nauki języka polskiego dla osób niebędących obywatelami polskimi, podlegających obowiązkowi szkolnemu lub obowiązkowi nauki, które nie znają języka polskiego albo znają go na poziomie niewystarczającym.</w:t>
      </w:r>
    </w:p>
    <w:p w:rsidR="006703E7" w:rsidRDefault="00222C4D">
      <w:r>
        <w:t>17.Dyrektor organizuje zajęcia na terenie przedszkola dla dziecka, które z uwagi na rodzaj niepełnosprawności nie może realizować zajęć z wykorzystaniem metod i technik kształcenia na odległość w miejscu zamieszkania – na wniosek rodziców. Zajęcia te organizuje się w bezpośrednim kontakcie z nauczycielem lub inną osobą prowadzącą zajęcia lub z wykorzystaniem metod i technik kształcenia na odległość – o ile możliwe jest zapewnienie bezpiecznych i higienicznych warunków nauki na terenie przedszkola oraz na danym terenie nie występują zdarzenia, które mogą zagrozić bezpieczeństwu lub zdrowiu dziecka.</w:t>
      </w:r>
    </w:p>
    <w:p w:rsidR="006703E7" w:rsidRDefault="00222C4D">
      <w:r>
        <w:t xml:space="preserve">18.Przedszkole </w:t>
      </w:r>
      <w:r w:rsidR="006163D5">
        <w:t>organizuje zajęcia rewalidacyjno</w:t>
      </w:r>
      <w:r>
        <w:t xml:space="preserve"> – wychowawcze:</w:t>
      </w:r>
    </w:p>
    <w:p w:rsidR="006703E7" w:rsidRDefault="00222C4D">
      <w:r>
        <w:t>1 ) Do przedszkola, na wniosek rodziców, mogą być przyjmowane dzieci posiadające orzeczenie o potrzebie kształcenia specjalnego.</w:t>
      </w:r>
    </w:p>
    <w:p w:rsidR="006703E7" w:rsidRDefault="00222C4D">
      <w:r>
        <w:t>2 ) Wychowankowi objętemu kształceniem specjalnym dostosowuje się program nauczania do indywidualnych potrzeb rozwojowych i edukacyjnych oraz możliwości psychofizycznych dziecka. Dostosowanie następuje na podstawie opracowanego dla ucznia indywidualnego programu edukacyjno-terapeutycznego, o którym mowa w § 2 ust. 11.</w:t>
      </w:r>
    </w:p>
    <w:p w:rsidR="006703E7" w:rsidRDefault="00222C4D">
      <w:r>
        <w:t>3 ) Dzieciom objętym kształceniem specjalnym przedszkole zapewnia:</w:t>
      </w:r>
    </w:p>
    <w:p w:rsidR="006703E7" w:rsidRDefault="00222C4D">
      <w:r>
        <w:t>a)pełną realizację zaleceń zawartych w orzeczeniu o potrzebie kształcenia specjalnego,</w:t>
      </w:r>
    </w:p>
    <w:p w:rsidR="006703E7" w:rsidRDefault="00222C4D">
      <w:r>
        <w:t>b)odpowiednie warunki do nauki i środki dydaktyczne,</w:t>
      </w:r>
    </w:p>
    <w:p w:rsidR="006703E7" w:rsidRDefault="00222C4D">
      <w:r>
        <w:t>c)integrację ze środowiskiem rówieśniczym.</w:t>
      </w:r>
    </w:p>
    <w:p w:rsidR="006703E7" w:rsidRDefault="00222C4D">
      <w:r>
        <w:lastRenderedPageBreak/>
        <w:t>4 ) Ze względu na wystąpienie zagrożenia związanego z sytuacją epidemiczną lub nadzwyczajnego zdarzenia zagrażającego bezpieczeństwu lub zdrowiu dzieci, o których mowa w rozporządzeniu Ministra Edukacji Narodowej i Sportu z dnia 31 grudnia 2002 r. w sprawie bezpieczeństwa i higieny w publicznych i niepublicznych szkołach i placówkach, dyrektor organizuje zajęcia pomocy psychologiczno-pedagogicznej, rewalidacyjne i wychowawcze również z wykorzystaniem metod i technik kształcenia na odległość.</w:t>
      </w:r>
    </w:p>
    <w:p w:rsidR="006703E7" w:rsidRDefault="00222C4D">
      <w:pPr>
        <w:pStyle w:val="Nagwek1"/>
      </w:pPr>
      <w:r>
        <w:t>§ 42</w:t>
      </w:r>
    </w:p>
    <w:p w:rsidR="006703E7" w:rsidRDefault="00222C4D">
      <w:r>
        <w:t>Zadania i obowiązki specjalistów, psychologa i pedagoga specjalnego</w:t>
      </w:r>
      <w:r w:rsidR="005F556C">
        <w:t>.</w:t>
      </w:r>
    </w:p>
    <w:p w:rsidR="006703E7" w:rsidRDefault="00222C4D">
      <w:r>
        <w:t>1. Do zadań psychologa w przedszkolu należy:</w:t>
      </w:r>
    </w:p>
    <w:p w:rsidR="006703E7" w:rsidRDefault="00222C4D">
      <w:r>
        <w:t>1 ) prowadzenie badań i działań diagnostycznych dzieci, w tym diagnozowanie indywidualnych potrzeb rozwojowych i edukacyjnych oraz możliwości psychofizycznych w celu określenia ich mocnych stron, predyspozycji, zainteresowań i uzdolnień oraz przyczyn niepowodzeń edukacyjnych lub trudności w funkcjonowaniu, w tym barier i ograniczeń utrudniających ich funkcjonowanie i uczestnictwo w życiu przedszkola;</w:t>
      </w:r>
    </w:p>
    <w:p w:rsidR="006703E7" w:rsidRDefault="00222C4D">
      <w:r>
        <w:t>2 ) diagnozowanie sytuacji wychowawczych w przedszkolu w celu rozwiązywania problemów wychowawczych oraz wspierania rozwoju dziecka;</w:t>
      </w:r>
    </w:p>
    <w:p w:rsidR="006703E7" w:rsidRDefault="00222C4D">
      <w:r>
        <w:t>3 ) udzielanie pomocy psychologiczno – pedagogicznej w formach odpowiednich do rozpoznanych potrzeb dzieciom, nauczycielom, rodzicom;</w:t>
      </w:r>
    </w:p>
    <w:p w:rsidR="006703E7" w:rsidRDefault="00222C4D">
      <w:r>
        <w:t>4 ) podejmowanie działań z zakresu profilaktyki uzależnień i innych problemów wychowanków;</w:t>
      </w:r>
    </w:p>
    <w:p w:rsidR="006703E7" w:rsidRDefault="00222C4D">
      <w:r>
        <w:t>5 ) minimalizowanie skutków zaburzeń rozwojowych, zapobieganie zaburzeniom zachowania oraz inicjowanie i organizowanie różnych form pomocy w środowisku przedszkolnym i poza przedszkolnym;</w:t>
      </w:r>
    </w:p>
    <w:p w:rsidR="006703E7" w:rsidRDefault="00222C4D">
      <w:r>
        <w:t>6 ) prowadzenie terapii indywidualnej i grupowej;</w:t>
      </w:r>
    </w:p>
    <w:p w:rsidR="006703E7" w:rsidRDefault="00222C4D">
      <w:r>
        <w:t>7 ) wspieranie nauczycieli i innych specjalistów w udzielaniu pomocy psychologiczno – pedagogicznej;</w:t>
      </w:r>
    </w:p>
    <w:p w:rsidR="006703E7" w:rsidRDefault="00222C4D">
      <w:r>
        <w:t>8 ) inicjowanie i prowadzenie działań mediacyjnych i interwencyjnych w sytuacjach kryzysowych;</w:t>
      </w:r>
    </w:p>
    <w:p w:rsidR="006703E7" w:rsidRDefault="00222C4D">
      <w:r>
        <w:t>9 ) pomoc rodzicom, nauczycielom i innym specjalistom w rozpoznawaniu indywidualnych możliwości, predyspozycji i uzdolnień dziecka;</w:t>
      </w:r>
    </w:p>
    <w:p w:rsidR="006703E7" w:rsidRDefault="00222C4D">
      <w:r>
        <w:t>10 ) rozpoznawanie i analizowanie przyczyn niepowodzeń edukacyjnych lub trudności w funkcjonowaniu dzieci;</w:t>
      </w:r>
    </w:p>
    <w:p w:rsidR="006703E7" w:rsidRDefault="00222C4D">
      <w:r>
        <w:t>11 ) podejmowanie działań wychowawczych i profilaktycznych wynikających z programu wychowawczego i profilaktyki w stosunku do dzieci z udziałem rodziców i nauczycieli;</w:t>
      </w:r>
    </w:p>
    <w:p w:rsidR="006703E7" w:rsidRDefault="00222C4D">
      <w:r>
        <w:t>12 ) działanie na rzecz zorganizowania opieki i pomocy materialnej wychowankom znajdującym się w trudnej sytuacji życiowej;</w:t>
      </w:r>
    </w:p>
    <w:p w:rsidR="006703E7" w:rsidRDefault="00222C4D">
      <w:r>
        <w:t>13 ) prowadzenie warsztatów dla rodziców oraz udzielanie im indywidualnych porad w zakresie wychowania;</w:t>
      </w:r>
    </w:p>
    <w:p w:rsidR="006703E7" w:rsidRDefault="00222C4D">
      <w:r>
        <w:t>14 ) udział w pracach Zespołu do spraw planowania, koordynowania i udzielania pomocy psychologiczno – pedagogicznej;</w:t>
      </w:r>
    </w:p>
    <w:p w:rsidR="006703E7" w:rsidRDefault="00222C4D">
      <w:r>
        <w:t>15 ) prowadzenie dokumentacji pracy, zgodnie z odrębnymi przepisami.</w:t>
      </w:r>
    </w:p>
    <w:p w:rsidR="006703E7" w:rsidRDefault="00222C4D">
      <w:r>
        <w:t>2. Do zadań logopedy w przedszkolu należy:</w:t>
      </w:r>
    </w:p>
    <w:p w:rsidR="006703E7" w:rsidRDefault="00222C4D">
      <w:r>
        <w:t>1 ) diagnozowanie logopedyczne, w tym prowadzenie badań przesiewowych w celu ustalenia stanu mowy oraz poziomu rozwoju językowego dzieci;</w:t>
      </w:r>
    </w:p>
    <w:p w:rsidR="006703E7" w:rsidRDefault="00222C4D">
      <w:r>
        <w:t>2 ) prowadzenie zajęć logopedycznych dla dzieci oraz porad i konsultacji dla rodziców i nauczycieli w zakresie stymulacji rozwoju mowy dzieci i eliminowania jej zaburzeń;</w:t>
      </w:r>
    </w:p>
    <w:p w:rsidR="006703E7" w:rsidRDefault="00222C4D">
      <w:r>
        <w:lastRenderedPageBreak/>
        <w:t>3 ) podejmowanie działań profilaktycznych zapobiegających powstawaniu zaburzeń komunikacji językowej we współpracy z rodzicami dziecka;</w:t>
      </w:r>
    </w:p>
    <w:p w:rsidR="006703E7" w:rsidRDefault="00222C4D">
      <w:r>
        <w:t>4 ) pomoc rodzicom, nauczycielom i innym specjalistom w rozpoznawaniu indywidualnych możliwości, predyspozycji i uzdolnień dziecka;</w:t>
      </w:r>
    </w:p>
    <w:p w:rsidR="006703E7" w:rsidRDefault="00222C4D">
      <w:r>
        <w:t>5 ) rozpoznawanie i analizowanie przyczyn niepowodzeń edukacyjnych lub trudności w funkcjonowaniu dzieci;</w:t>
      </w:r>
    </w:p>
    <w:p w:rsidR="006703E7" w:rsidRDefault="00222C4D">
      <w:r>
        <w:t>6 ) udzielanie pomocy psychologiczno – pedagogicznej wg potrzeb;</w:t>
      </w:r>
    </w:p>
    <w:p w:rsidR="006703E7" w:rsidRDefault="00222C4D">
      <w:r>
        <w:t>7 ) prowadzenie zajęć logopedycznych indywidualnych lub grupowych;</w:t>
      </w:r>
    </w:p>
    <w:p w:rsidR="006703E7" w:rsidRDefault="00222C4D">
      <w:r>
        <w:t>8 ) wspieranie nauczycieli i innych specjalistów w udzielaniu pomocy psychologiczno – pedagogicznej;</w:t>
      </w:r>
    </w:p>
    <w:p w:rsidR="006703E7" w:rsidRDefault="00222C4D">
      <w:r>
        <w:t>9 ) utrzymywanie stałego kontaktu z rodzicami dziecka wymagającego intensywnych ćwiczeń – udzielanie instruktażu dla rodziców;</w:t>
      </w:r>
    </w:p>
    <w:p w:rsidR="006703E7" w:rsidRDefault="00222C4D">
      <w:r>
        <w:t>10 ) udzielanie instruktażu nauczycielom, dotyczącego prowadzenia prostych ćwiczeń logopedycznych, usprawniających narządy artykulacyjne, aparat oddechowy i fonacyjny u dzieci wymagających pomocy logopedycznej;</w:t>
      </w:r>
    </w:p>
    <w:p w:rsidR="006703E7" w:rsidRDefault="00222C4D">
      <w:r>
        <w:t>11 ) udział w pracach Zespołu do spraw planowania, koordynowania i udzielania pomocy psychologiczno – pedagogicznej;</w:t>
      </w:r>
    </w:p>
    <w:p w:rsidR="006703E7" w:rsidRDefault="00222C4D">
      <w:r>
        <w:t>12 ) organizowanie i prowadzenie pogadanek dla nauczycieli i rodziców dotyczących rozwoju mowy;</w:t>
      </w:r>
    </w:p>
    <w:p w:rsidR="006703E7" w:rsidRDefault="00222C4D">
      <w:r>
        <w:t>13 ) organizacja i opieka nad gabinetem logopedycznym;</w:t>
      </w:r>
    </w:p>
    <w:p w:rsidR="006703E7" w:rsidRDefault="00222C4D">
      <w:r>
        <w:t>14 ) prowadzenie dokumentacji pracy, zgodnie z odrębnymi przepisami.</w:t>
      </w:r>
    </w:p>
    <w:p w:rsidR="006703E7" w:rsidRDefault="00222C4D">
      <w:r>
        <w:t>3. Do zadań terapeuty pedagogicznego w przedszkolu należy:</w:t>
      </w:r>
    </w:p>
    <w:p w:rsidR="006703E7" w:rsidRDefault="00222C4D">
      <w:r>
        <w:t>1 ) prowadzenie badań diagnostycznych dzieci z zaburzeniami i odchyleniami rozwojowymi lub specyficznymi trudnościami w uczeniu się w celu rozpoznawania trudności oraz monitorowania efektów oddziaływań terapeutycznych;</w:t>
      </w:r>
    </w:p>
    <w:p w:rsidR="006703E7" w:rsidRDefault="00222C4D">
      <w:r>
        <w:t>2 ) rozpoznawanie przyczyn utrudniających dzieciom aktywne i pełne uczestnictwo w życiu przedszkola;</w:t>
      </w:r>
    </w:p>
    <w:p w:rsidR="006703E7" w:rsidRDefault="00222C4D">
      <w:r>
        <w:t>3 ) prowadzenie zajęć korekcyjno – kompensacyjnych oraz innych zajęć o charakterze terapeutycznym;</w:t>
      </w:r>
    </w:p>
    <w:p w:rsidR="006703E7" w:rsidRDefault="00222C4D">
      <w:r>
        <w:t>4 ) podejmowanie działań profilaktycznych zapobiegających niepowodzeniom edukacyjnym, we współpracy z rodzicami dzieci;</w:t>
      </w:r>
    </w:p>
    <w:p w:rsidR="006703E7" w:rsidRDefault="00222C4D">
      <w:r>
        <w:t>5 ) pomoc rodzicom, nauczycielom i innym specjalistom w rozpoznawaniu indywidualnych możliwości, predyspozycji i uzdolnień dziecka;</w:t>
      </w:r>
    </w:p>
    <w:p w:rsidR="006703E7" w:rsidRDefault="00222C4D">
      <w:r>
        <w:t>6 ) rozpoznawanie i analizowanie przyczyn niepowodzeń edukacyjnych lub trudności w funkcjonowaniu dzieci;</w:t>
      </w:r>
    </w:p>
    <w:p w:rsidR="006703E7" w:rsidRDefault="00222C4D">
      <w:r>
        <w:t>7 ) udzielanie pomocy psychologiczno-pedagogicznej wg potrzeb;</w:t>
      </w:r>
    </w:p>
    <w:p w:rsidR="006703E7" w:rsidRDefault="00222C4D">
      <w:r>
        <w:t>8 ) udział w pracach Zespołu do spraw planowania, koordynowania i udzielania pomocy psychologiczno – pedagogicznej,</w:t>
      </w:r>
    </w:p>
    <w:p w:rsidR="006703E7" w:rsidRDefault="00222C4D">
      <w:r>
        <w:t>9 ) prowadzenie dokumentacji pracy, zgodnie z odrębnymi przepisami.</w:t>
      </w:r>
    </w:p>
    <w:p w:rsidR="006703E7" w:rsidRDefault="00222C4D">
      <w:r>
        <w:t>4. Do zadań pedagoga specjalnego w przedszkolu należy:</w:t>
      </w:r>
    </w:p>
    <w:p w:rsidR="006703E7" w:rsidRDefault="00222C4D">
      <w:r>
        <w:t>1 ) prowadzenie badań i działań diagnostycznych związanych z rozpoznawaniem indywidualnych potrzeb rozwojowych i edukacyjnych oraz możliwości psychofizycznych dzieci w celu określenia ich mocnych stron, predyspozycji, zainteresowań i uzdolnień oraz przyczyn niepowodzeń edukacyjnych lub trudności w funkcjonowaniu, w tym barier i ograniczeń utrudniających ich funkcjonowanie i uczestnictwo w życiu przedszkola, we współpracy z nauczycielami;</w:t>
      </w:r>
    </w:p>
    <w:p w:rsidR="006703E7" w:rsidRDefault="00222C4D">
      <w:r>
        <w:lastRenderedPageBreak/>
        <w:t>2 ) rozwiązywanie problemów dydaktycznych i wychowawczych wychowanków;</w:t>
      </w:r>
    </w:p>
    <w:p w:rsidR="006703E7" w:rsidRDefault="00222C4D">
      <w:r>
        <w:t>3 ) przewodniczenie Zespołowi do spraw planowania, koordynowania i udzielania pomocy psychologiczno-pedagogicznej;</w:t>
      </w:r>
    </w:p>
    <w:p w:rsidR="006703E7" w:rsidRDefault="00222C4D">
      <w:r>
        <w:t>4 ) współpraca z zespołem w zakresie opracowania i realizacji indywidualnego programu edukacyjno – terapeutycznego dziecka posiadającego orzeczenie o potrzebie kształcenia specjalnego, w tym zapewnienia mu pomocy psychologiczno-pedagogicznej;</w:t>
      </w:r>
    </w:p>
    <w:p w:rsidR="006703E7" w:rsidRDefault="00222C4D">
      <w:r>
        <w:t>5 ) określanie niezbędnych do nauki warunków, sprzętu specjalistycznego i środków dydaktycznych, w tym wykorzystujących technologie informacyjno – komunikacyjne, odpowiednich ze względu na indywidualne potrzeby rozwojowe i edukacyjne oraz możliwości psychofizyczne dzieci;</w:t>
      </w:r>
    </w:p>
    <w:p w:rsidR="006703E7" w:rsidRDefault="00222C4D">
      <w:r>
        <w:t>6 ) udzielanie wychowankom, rodzicom i nauczycielom pomocy psychologiczno – pedagogicznej;</w:t>
      </w:r>
    </w:p>
    <w:p w:rsidR="006703E7" w:rsidRDefault="00222C4D">
      <w:r>
        <w:t>7 ) wspieranie nauczycieli, w szczególności w:</w:t>
      </w:r>
    </w:p>
    <w:p w:rsidR="006703E7" w:rsidRDefault="00222C4D">
      <w:r>
        <w:t>a) rozpoznawaniu przyczyn niepowodzeń edukacyjnych lub trudności w funkcjonowaniu wychowanków, w tym barier i ograniczeń, utrudniających funkcjonowanie wychowanka i jego uczestnictwo w życiu przedszkola,</w:t>
      </w:r>
    </w:p>
    <w:p w:rsidR="006703E7" w:rsidRDefault="00222C4D">
      <w:r>
        <w:t>b) udzielaniu pomocy psychologiczno – pedagogicznej w bezpośredniej pracy z wychowankiem,</w:t>
      </w:r>
    </w:p>
    <w:p w:rsidR="006703E7" w:rsidRDefault="00222C4D">
      <w:r>
        <w:t>c) dostosowaniu sposobów i metod pracy do indywidualnych potrzeb rozwojowych edukacyjnych wychowanka oraz jego możliwości psychofizycznych,</w:t>
      </w:r>
    </w:p>
    <w:p w:rsidR="006703E7" w:rsidRDefault="00222C4D">
      <w:r>
        <w:t>d) doborze metod, form kształcenia i środków dydak</w:t>
      </w:r>
      <w:r w:rsidR="007E0032">
        <w:t>tycznych do potrzeb wychowanków,</w:t>
      </w:r>
    </w:p>
    <w:p w:rsidR="006703E7" w:rsidRDefault="00222C4D">
      <w:r>
        <w:t>7 ) prowadzenie zajęć rewalidacyjnych, resocjalizacyjnych, socjoterapeutyczny</w:t>
      </w:r>
      <w:r w:rsidR="007E0032">
        <w:t>ch, zgodnie z przydziałem zajęć,</w:t>
      </w:r>
    </w:p>
    <w:p w:rsidR="006703E7" w:rsidRDefault="00222C4D">
      <w:r>
        <w:t>8 ) współpraca w zakresie pomocy psychologiczno – pedagogicznej, w zależności od potrzeb, z innymi podmiot</w:t>
      </w:r>
      <w:r w:rsidR="007E0032">
        <w:t>ami funkcjonującymi na tym polu,</w:t>
      </w:r>
    </w:p>
    <w:p w:rsidR="006703E7" w:rsidRDefault="00222C4D">
      <w:r>
        <w:t>9 ) przedstawianie radzie pedagogicznej propozycji w zakresie doskonalenia zawodowego nauczycieli przedszkola w zakresie zadań okreś</w:t>
      </w:r>
      <w:r w:rsidR="007E0032">
        <w:t>lonych dla pedagoga specjalnego,</w:t>
      </w:r>
    </w:p>
    <w:p w:rsidR="006703E7" w:rsidRDefault="00222C4D">
      <w:r>
        <w:t>10 ) rekomendowanie dyrektorowi działań, które przedszkole i nauczyciele powinni podejmo</w:t>
      </w:r>
      <w:r w:rsidR="007E0032">
        <w:t>wać w celu edukacji włączającej,</w:t>
      </w:r>
    </w:p>
    <w:p w:rsidR="006703E7" w:rsidRDefault="00222C4D">
      <w:r>
        <w:t>11 ) prowadzenie dokumentacji pracy, zgodnie z odrębnymi przepisami</w:t>
      </w:r>
      <w:r w:rsidR="007E0032">
        <w:t>.</w:t>
      </w:r>
    </w:p>
    <w:p w:rsidR="006703E7" w:rsidRDefault="00222C4D">
      <w:pPr>
        <w:pStyle w:val="Nagwek1"/>
      </w:pPr>
      <w:r>
        <w:t>IX POSTANOWIENIA KOŃCOWE</w:t>
      </w:r>
    </w:p>
    <w:p w:rsidR="006703E7" w:rsidRDefault="00222C4D">
      <w:pPr>
        <w:pStyle w:val="Nagwek2"/>
      </w:pPr>
      <w:r>
        <w:t> § 43</w:t>
      </w:r>
    </w:p>
    <w:p w:rsidR="006703E7" w:rsidRDefault="00222C4D">
      <w:r>
        <w:t>1. Przedszkole prowadzi i przechowuje dokumentację zgodnie z</w:t>
      </w:r>
      <w:r w:rsidR="00E5281E">
        <w:t xml:space="preserve"> </w:t>
      </w:r>
      <w:r>
        <w:t>odrębnymi przepisami.</w:t>
      </w:r>
    </w:p>
    <w:p w:rsidR="006703E7" w:rsidRDefault="00222C4D">
      <w:r>
        <w:t xml:space="preserve">2. W przedszkolu zatrudnia się specjalistów: logopedę, pedagoga, </w:t>
      </w:r>
      <w:r w:rsidR="001464E1">
        <w:t>pedagoga specjalnego, psychologa</w:t>
      </w:r>
      <w:r>
        <w:t xml:space="preserve"> w celu udzielania dzieciom pomocy psychologiczno-pedagogicznej.</w:t>
      </w:r>
    </w:p>
    <w:p w:rsidR="006703E7" w:rsidRDefault="00222C4D">
      <w:r>
        <w:t>3. Zasady gospodarki finansowej przedszkola określają odrębne przepisy.</w:t>
      </w:r>
    </w:p>
    <w:p w:rsidR="006703E7" w:rsidRDefault="00222C4D">
      <w:r>
        <w:t>4. Przedszkole może realizować eksperyment pedagogiczny, który polega na modyfikacji istniejących lub wdrożeniu nowych działań w procesie kształcenia, przy zastosowaniu nowatorskich rozwiązań programowych, organizacyjnych, metodycznych lub wychowawczych, w ramach których są modyfikowane warunki, organizacja zajęć edukacyjnych lub zakres treści nauczania.</w:t>
      </w:r>
    </w:p>
    <w:p w:rsidR="006703E7" w:rsidRDefault="00222C4D">
      <w:r>
        <w:t>5. Zmiany w statucie będą umieszczone w formie uchwał rady pedagogicznej.</w:t>
      </w:r>
    </w:p>
    <w:p w:rsidR="006703E7" w:rsidRDefault="00222C4D">
      <w:r>
        <w:lastRenderedPageBreak/>
        <w:t>6. W celu zachowania przejrzystości zapisów obowiązującego statutu do dnia 15 września każdego roku, po uwzględnieniu zmian wprowadzonych w poprzednim roku szkolnym, przedszkole tworzy jednolity tekst statutu.</w:t>
      </w:r>
    </w:p>
    <w:p w:rsidR="006703E7" w:rsidRDefault="00222C4D">
      <w:r>
        <w:t>7.Jednolity tekst statutu drogą uchwały rady przyjmuje organ przedszkola do tego upoważniony.</w:t>
      </w:r>
    </w:p>
    <w:p w:rsidR="006703E7" w:rsidRDefault="00222C4D">
      <w:r>
        <w:t>Jednolity tekst statutu obowiązuje od dnia 01 września 2024 r.</w:t>
      </w:r>
    </w:p>
    <w:p w:rsidR="006703E7" w:rsidRPr="00BC20DA" w:rsidRDefault="00222C4D">
      <w:pPr>
        <w:rPr>
          <w:b/>
        </w:rPr>
      </w:pPr>
      <w:r w:rsidRPr="00BC20DA">
        <w:rPr>
          <w:b/>
        </w:rPr>
        <w:t>Załącznik nr 1</w:t>
      </w:r>
    </w:p>
    <w:p w:rsidR="006703E7" w:rsidRDefault="00222C4D">
      <w:r>
        <w:t>Ramowy rozkład dnia</w:t>
      </w:r>
    </w:p>
    <w:p w:rsidR="006703E7" w:rsidRDefault="00222C4D">
      <w:r>
        <w:t>w Przedszkolu Samorządowym nr 2 w Pasłęku</w:t>
      </w:r>
    </w:p>
    <w:p w:rsidR="00804FE8" w:rsidRDefault="00222C4D">
      <w:r>
        <w:t>Realizacja podstawy programowej 8.00-13.00</w:t>
      </w:r>
      <w:r w:rsidR="00804FE8">
        <w:t>:</w:t>
      </w:r>
    </w:p>
    <w:p w:rsidR="006703E7" w:rsidRDefault="00222C4D">
      <w:r>
        <w:t>6.30 - 8.00 schodzenie się dzieci, praca w małych zespołach, praca</w:t>
      </w:r>
      <w:r w:rsidR="00BC20DA">
        <w:t xml:space="preserve"> </w:t>
      </w:r>
      <w:r>
        <w:t>indywidualna, zabawa dowolna,</w:t>
      </w:r>
    </w:p>
    <w:p w:rsidR="006703E7" w:rsidRDefault="00222C4D">
      <w:r>
        <w:t>8.00 - 8.15 czynności porządkowo-gospodarcze, zabawa ruchowa, mycie rąk</w:t>
      </w:r>
      <w:r w:rsidR="00804FE8">
        <w:t>,</w:t>
      </w:r>
    </w:p>
    <w:p w:rsidR="006703E7" w:rsidRDefault="00222C4D">
      <w:r>
        <w:t>8.15 - 8.30 śniadanie</w:t>
      </w:r>
      <w:r w:rsidR="00804FE8">
        <w:t>,</w:t>
      </w:r>
    </w:p>
    <w:p w:rsidR="006703E7" w:rsidRDefault="00804FE8">
      <w:r>
        <w:t xml:space="preserve">8.30 - 9.00 zabawy dowolne, </w:t>
      </w:r>
      <w:r w:rsidR="00222C4D">
        <w:t>pomoc w przygotowaniu zajęć</w:t>
      </w:r>
      <w:r>
        <w:t>,</w:t>
      </w:r>
    </w:p>
    <w:p w:rsidR="006703E7" w:rsidRDefault="00222C4D">
      <w:r>
        <w:t>9.00- 10.00 zajęcia dydaktyczno-wychowawcze</w:t>
      </w:r>
      <w:r w:rsidR="00804FE8">
        <w:t>,</w:t>
      </w:r>
    </w:p>
    <w:p w:rsidR="006703E7" w:rsidRDefault="00222C4D">
      <w:r>
        <w:t>10.00 – 11.00 praca indywidualna, gry I zabawy na placu przedszkolnym, spacery, wycieczki, zajęcia</w:t>
      </w:r>
    </w:p>
    <w:p w:rsidR="006703E7" w:rsidRDefault="00222C4D">
      <w:r>
        <w:t>wspomagające, rozwijające, drugie śniadanie</w:t>
      </w:r>
      <w:r w:rsidR="00804FE8">
        <w:t>,</w:t>
      </w:r>
    </w:p>
    <w:p w:rsidR="006703E7" w:rsidRDefault="00222C4D">
      <w:r>
        <w:t>11.00 - 11.15 czynności porządkowo-gospodarcze, zabawa ruchowa, mycie rąk</w:t>
      </w:r>
      <w:r w:rsidR="00804FE8">
        <w:t>,</w:t>
      </w:r>
    </w:p>
    <w:p w:rsidR="006703E7" w:rsidRDefault="00222C4D">
      <w:r>
        <w:t>11.15 - 12.00 obiad z dwóch dań, podawanych z przerwą, zupa, II danie</w:t>
      </w:r>
      <w:r w:rsidR="00804FE8">
        <w:t>,</w:t>
      </w:r>
    </w:p>
    <w:p w:rsidR="006703E7" w:rsidRDefault="00222C4D">
      <w:r>
        <w:t>12.0</w:t>
      </w:r>
      <w:r w:rsidR="00804FE8">
        <w:t>0 - 13.50 odpoczynek:</w:t>
      </w:r>
      <w:r>
        <w:t xml:space="preserve"> leżakowanie, słuchanie</w:t>
      </w:r>
      <w:r w:rsidR="00E5281E">
        <w:t xml:space="preserve"> </w:t>
      </w:r>
      <w:r>
        <w:t>bajek, ćwiczenia relaksacyjne, zabawy ruchowe na placu</w:t>
      </w:r>
      <w:r w:rsidR="00E5281E">
        <w:t xml:space="preserve"> </w:t>
      </w:r>
      <w:r>
        <w:t>przedszkolnym,</w:t>
      </w:r>
    </w:p>
    <w:p w:rsidR="006703E7" w:rsidRDefault="00222C4D">
      <w:r>
        <w:t>13.50 -14.00 czynności porządkowo-gospodarcze, zabawa ruchowa, mycie rąk,</w:t>
      </w:r>
      <w:r w:rsidR="00F41679">
        <w:t xml:space="preserve"> </w:t>
      </w:r>
      <w:r>
        <w:t>praca indywidualna,zajęcia rozwijające, profilaktyczne</w:t>
      </w:r>
      <w:r w:rsidR="00F41679">
        <w:t>,</w:t>
      </w:r>
    </w:p>
    <w:p w:rsidR="006703E7" w:rsidRDefault="00222C4D">
      <w:r>
        <w:t>14.00 - 14.25 podwieczorek</w:t>
      </w:r>
      <w:r w:rsidR="00804FE8">
        <w:t>,</w:t>
      </w:r>
    </w:p>
    <w:p w:rsidR="006703E7" w:rsidRDefault="00222C4D">
      <w:r>
        <w:t>14.25- 16.00 rozchodzenie się dzieci, zabawy dowolne, praca indywidualna,</w:t>
      </w:r>
      <w:r w:rsidR="00F41679">
        <w:t xml:space="preserve"> </w:t>
      </w:r>
      <w:r>
        <w:t>porządkowanie sali, zajęcia profilaktyczne, rozwijające.</w:t>
      </w:r>
    </w:p>
    <w:p w:rsidR="006703E7" w:rsidRPr="00BC20DA" w:rsidRDefault="00222C4D">
      <w:pPr>
        <w:rPr>
          <w:b/>
        </w:rPr>
      </w:pPr>
      <w:r w:rsidRPr="00BC20DA">
        <w:rPr>
          <w:b/>
        </w:rPr>
        <w:t>Załącznik nr 2</w:t>
      </w:r>
    </w:p>
    <w:p w:rsidR="006703E7" w:rsidRDefault="00222C4D">
      <w:r>
        <w:t>ORGANIZACJA POMOCY PSYCHOLOGICZNO-PEDAGOGICZNEJ W PRZEDSZKOLU SAMORZĄDOWYM NR 2 W PASŁĘKU</w:t>
      </w:r>
    </w:p>
    <w:p w:rsidR="006703E7" w:rsidRDefault="00222C4D">
      <w:r>
        <w:t>Przedszkole organizuje pomoc psychologiczno-pedagogiczną na zasadach określonych</w:t>
      </w:r>
      <w:r w:rsidR="00804FE8">
        <w:t xml:space="preserve"> </w:t>
      </w:r>
      <w:r>
        <w:t>w rozporządzeniu Ministra Edukacji Narodowej z dnia 9 sierpnia 2017 r. w sprawie zasad organizacji i udzielania pomocy psychologiczno-pedagogicznej w publicznych przedszkolach, szkołach i placówkach (t.j. Dz.U. z 2023 r. poz. 1798 ze zm.). Pomoc udzielana jest wychowankom przedszkola, ich rodzicom oraz nauczycielom.</w:t>
      </w:r>
    </w:p>
    <w:p w:rsidR="006703E7" w:rsidRDefault="00222C4D">
      <w:pPr>
        <w:pStyle w:val="Nagwek1"/>
      </w:pPr>
      <w:r>
        <w:t>§ 1</w:t>
      </w:r>
    </w:p>
    <w:p w:rsidR="006703E7" w:rsidRDefault="00222C4D">
      <w:r>
        <w:t>1. Pomoc psychologiczno-pedagogiczna udzielana dziecku w przedszkolu, polega na rozpoznawaniu i zaspokajaniu indywidualnych potrzeb rozwojowych i edukacyjnych dziecka oraz rozpoznawaniu indywidualnych możliwości psychofizycznych ucznia i czynników środowiskowych wpływających na jego funkcjonowanie w przedszkolu, w celu wspierania potencjału rozwojowego ucznia i stwarzania warunków do jego aktywnego i pełnego</w:t>
      </w:r>
      <w:r w:rsidR="00F41679">
        <w:t xml:space="preserve"> </w:t>
      </w:r>
      <w:r>
        <w:t>uczestnictwa w życiu przedszkola, oraz w środowisku społecznym.</w:t>
      </w:r>
    </w:p>
    <w:p w:rsidR="006703E7" w:rsidRDefault="00222C4D">
      <w:r>
        <w:lastRenderedPageBreak/>
        <w:t>2. Potrzeba objęcia ucznia pomocą psychologiczno-pedagogiczną w przedszkolu, szkole i placówce wynika w szczególności:</w:t>
      </w:r>
    </w:p>
    <w:p w:rsidR="006703E7" w:rsidRDefault="00222C4D">
      <w:r>
        <w:t>1 ) z niepełnosprawności;</w:t>
      </w:r>
    </w:p>
    <w:p w:rsidR="006703E7" w:rsidRDefault="00222C4D">
      <w:r>
        <w:t>2 ) z niedostosowania społecznego;</w:t>
      </w:r>
    </w:p>
    <w:p w:rsidR="006703E7" w:rsidRDefault="00222C4D">
      <w:r>
        <w:t>3 ) z zagrożenia niedostosowaniem społecznym;</w:t>
      </w:r>
    </w:p>
    <w:p w:rsidR="006703E7" w:rsidRDefault="00222C4D">
      <w:r>
        <w:t>4 ) z zaburzeń zachowania lub emocji;</w:t>
      </w:r>
    </w:p>
    <w:p w:rsidR="006703E7" w:rsidRDefault="00222C4D">
      <w:r>
        <w:t>5 ) ze szczególnych uzdolnień;</w:t>
      </w:r>
    </w:p>
    <w:p w:rsidR="006703E7" w:rsidRDefault="00222C4D">
      <w:r>
        <w:t>6 ) ze specyficznych trudności w uczeniu się;</w:t>
      </w:r>
    </w:p>
    <w:p w:rsidR="006703E7" w:rsidRDefault="00222C4D">
      <w:r>
        <w:t>7 ) z deficytów kompetencji i zaburzeń sprawności językowych;</w:t>
      </w:r>
    </w:p>
    <w:p w:rsidR="006703E7" w:rsidRDefault="00222C4D">
      <w:r>
        <w:t>8 ) z choroby przewlekłej;</w:t>
      </w:r>
    </w:p>
    <w:p w:rsidR="006703E7" w:rsidRDefault="00222C4D">
      <w:r>
        <w:t>9 ) z sytuacji kryzysowych lub traumatycznych;</w:t>
      </w:r>
    </w:p>
    <w:p w:rsidR="006703E7" w:rsidRDefault="00222C4D">
      <w:r>
        <w:t>10 ) z niepowodzeń edukacyjnych;</w:t>
      </w:r>
    </w:p>
    <w:p w:rsidR="006703E7" w:rsidRDefault="00222C4D">
      <w:r>
        <w:t>11 ) z zaniedbań środowiskowych związanych z sytuacją bytową ucznia i jego rodziny, sposobem spędzania czasu wolnego</w:t>
      </w:r>
      <w:r w:rsidR="00F41679">
        <w:t xml:space="preserve"> </w:t>
      </w:r>
      <w:r>
        <w:t>i kontaktami środowiskowymi;</w:t>
      </w:r>
    </w:p>
    <w:p w:rsidR="006703E7" w:rsidRDefault="00222C4D">
      <w:r>
        <w:t>12 ) z trudności adaptacyjnych związanych z różnicami kulturowymi</w:t>
      </w:r>
      <w:r w:rsidR="0034064D">
        <w:t>.</w:t>
      </w:r>
    </w:p>
    <w:p w:rsidR="006703E7" w:rsidRDefault="00222C4D">
      <w:pPr>
        <w:pStyle w:val="Nagwek1"/>
      </w:pPr>
      <w:r>
        <w:t>§ 2</w:t>
      </w:r>
    </w:p>
    <w:p w:rsidR="006703E7" w:rsidRDefault="00222C4D">
      <w:r>
        <w:t>1. Pomoc psychologiczno-pedagogiczna udzielana w przedszkolu, szkole i placówce rodzicom dzieciom i nauczycielom polega na wspieraniu rodziców i nauczycieli w rozwiązywaniu problemów wychowawczych i dydaktycznych oraz rozwijaniu ich umiejętności wychowawczych w celu zwiększania efektywności pomocy udzielanej dzieciom.</w:t>
      </w:r>
    </w:p>
    <w:p w:rsidR="006703E7" w:rsidRDefault="00222C4D">
      <w:r>
        <w:t>2. Korzystanie z pomocy psychologiczno-pedagogicznej w przedszkolu</w:t>
      </w:r>
      <w:r w:rsidR="0034064D">
        <w:t xml:space="preserve"> jest bezpłatne.</w:t>
      </w:r>
    </w:p>
    <w:p w:rsidR="006703E7" w:rsidRDefault="00222C4D">
      <w:r>
        <w:t>3. Pomoc psychologiczno-pedagogiczna udzielana jest w trakcie bieżącej pracy nauczyciela z dzieckiem w formie:</w:t>
      </w:r>
    </w:p>
    <w:p w:rsidR="006703E7" w:rsidRDefault="00222C4D">
      <w:r>
        <w:t>1 ) zajęć rozwijających uzdolnienia;</w:t>
      </w:r>
    </w:p>
    <w:p w:rsidR="006703E7" w:rsidRDefault="00222C4D">
      <w:r>
        <w:t>2 ) zajęć specjalistycznych: korekcyjno-kompensacyjnych, logopedycznych, rozwijających kompetencje emocjonalno--społeczne oraz innych zajęć o charakterze terapeutycznym;</w:t>
      </w:r>
    </w:p>
    <w:p w:rsidR="006703E7" w:rsidRDefault="00222C4D">
      <w:r>
        <w:t>3 ) zindywidualizowanej ścieżki realizacji obowiązkowego rocznego przygotowania przedszkolnego;</w:t>
      </w:r>
    </w:p>
    <w:p w:rsidR="006703E7" w:rsidRDefault="00222C4D">
      <w:r>
        <w:t>4 ) porad i konsultacji.</w:t>
      </w:r>
    </w:p>
    <w:p w:rsidR="006703E7" w:rsidRDefault="00222C4D">
      <w:pPr>
        <w:pStyle w:val="Nagwek1"/>
      </w:pPr>
      <w:r>
        <w:t>§ 3</w:t>
      </w:r>
    </w:p>
    <w:p w:rsidR="006703E7" w:rsidRDefault="00222C4D">
      <w:r>
        <w:t>Pomoc psychologiczno-pedagogiczna jest organizowana i udzielana we współpracy z:</w:t>
      </w:r>
    </w:p>
    <w:p w:rsidR="006703E7" w:rsidRDefault="00222C4D">
      <w:r>
        <w:t>1 ) rodzicami dzieci;</w:t>
      </w:r>
    </w:p>
    <w:p w:rsidR="006703E7" w:rsidRDefault="00222C4D">
      <w:r>
        <w:t>2 ) poradniami psychologiczno-pedagogicznymi, w tym poradniami specjalistycznymi, zwanymi dalej „poradniami”;</w:t>
      </w:r>
    </w:p>
    <w:p w:rsidR="006703E7" w:rsidRDefault="00222C4D">
      <w:r>
        <w:t>3 ) placówkami doskonalenia nauczycieli;</w:t>
      </w:r>
    </w:p>
    <w:p w:rsidR="006703E7" w:rsidRDefault="00222C4D">
      <w:r>
        <w:t>4 ) innymi przedszkolami, szkołami i placówkami;</w:t>
      </w:r>
    </w:p>
    <w:p w:rsidR="006703E7" w:rsidRDefault="00222C4D">
      <w:r>
        <w:t>5 ) organizacjami pozarządowymi oraz innymi instytucjami i podmiotami działającymi na rzecz rodziny, dzieci młodzieży</w:t>
      </w:r>
      <w:r w:rsidR="00A435E1">
        <w:t>.</w:t>
      </w:r>
    </w:p>
    <w:p w:rsidR="006703E7" w:rsidRDefault="00222C4D">
      <w:pPr>
        <w:pStyle w:val="Nagwek1"/>
      </w:pPr>
      <w:r>
        <w:lastRenderedPageBreak/>
        <w:t>§ 4</w:t>
      </w:r>
    </w:p>
    <w:p w:rsidR="006703E7" w:rsidRDefault="00222C4D">
      <w:r>
        <w:t>1. Udzielanie pomocy psychologiczno-pedagogicznej może odbywać się z inicjatywy:</w:t>
      </w:r>
    </w:p>
    <w:p w:rsidR="006703E7" w:rsidRDefault="00222C4D">
      <w:r>
        <w:t>1 ) rodziców dziecka;</w:t>
      </w:r>
    </w:p>
    <w:p w:rsidR="006703E7" w:rsidRDefault="007E6B08">
      <w:r>
        <w:t>2 ) dyrektora przedszkola;</w:t>
      </w:r>
    </w:p>
    <w:p w:rsidR="006703E7" w:rsidRDefault="00222C4D">
      <w:r>
        <w:t>3 ) nauczyciela, wychowawcy grupy wychowawczej lub specjalisty, prowadzących zajęcia z dzieckiem;</w:t>
      </w:r>
    </w:p>
    <w:p w:rsidR="006703E7" w:rsidRDefault="00222C4D">
      <w:r>
        <w:t>4 ) pielęgniarki środowiska nauczania i wychowania lub higienistki szkolnej;</w:t>
      </w:r>
    </w:p>
    <w:p w:rsidR="006703E7" w:rsidRDefault="00222C4D">
      <w:r>
        <w:t>5 ) poradni;</w:t>
      </w:r>
    </w:p>
    <w:p w:rsidR="006703E7" w:rsidRDefault="007E6B08">
      <w:r>
        <w:t>6</w:t>
      </w:r>
      <w:r w:rsidR="00222C4D">
        <w:t xml:space="preserve"> ) pomocy nauczyciela;</w:t>
      </w:r>
    </w:p>
    <w:p w:rsidR="006703E7" w:rsidRDefault="007E6B08">
      <w:r>
        <w:t>7</w:t>
      </w:r>
      <w:r w:rsidR="00222C4D">
        <w:t xml:space="preserve"> ) asystenta nauczyciela lub osoby, o której mowa w art. 15 ust. 2 ustawy z dnia 14 grudnia 2016 r. – Prawo oświatowe, zwanej dalej „ustawą”, lub asystenta wychowawcy świetlicy, o których mowa w art. 15 ust. 7 ustawy;</w:t>
      </w:r>
    </w:p>
    <w:p w:rsidR="006703E7" w:rsidRDefault="007E6B08">
      <w:r>
        <w:t>8</w:t>
      </w:r>
      <w:r w:rsidR="00222C4D">
        <w:t xml:space="preserve"> ) pracownika socjalnego;</w:t>
      </w:r>
    </w:p>
    <w:p w:rsidR="006703E7" w:rsidRDefault="007E6B08">
      <w:r>
        <w:t>9</w:t>
      </w:r>
      <w:r w:rsidR="00222C4D">
        <w:t xml:space="preserve"> ) asystenta rodziny;</w:t>
      </w:r>
    </w:p>
    <w:p w:rsidR="006703E7" w:rsidRDefault="007E6B08">
      <w:r>
        <w:t>10</w:t>
      </w:r>
      <w:r w:rsidR="00222C4D">
        <w:t xml:space="preserve"> ) kuratora sądowego;</w:t>
      </w:r>
    </w:p>
    <w:p w:rsidR="006703E7" w:rsidRDefault="007E6B08">
      <w:r>
        <w:t>11</w:t>
      </w:r>
      <w:r w:rsidR="00222C4D">
        <w:t xml:space="preserve"> ) organizacji pozarządowej, innej instytucji lub podmiotu działających na rzecz rodziny, dzieci i młodzieży.</w:t>
      </w:r>
    </w:p>
    <w:p w:rsidR="006703E7" w:rsidRDefault="00222C4D">
      <w:pPr>
        <w:pStyle w:val="Nagwek2"/>
      </w:pPr>
      <w:r>
        <w:t xml:space="preserve"> § 5</w:t>
      </w:r>
    </w:p>
    <w:p w:rsidR="006703E7" w:rsidRDefault="00222C4D">
      <w:r>
        <w:t>1. Pomoc psychologiczno-pedagogiczną organizuje dyrektor przedszkola, szkoły lub placówki.</w:t>
      </w:r>
    </w:p>
    <w:p w:rsidR="006703E7" w:rsidRDefault="00222C4D">
      <w:r>
        <w:t>2. W ramach pomocy psychologiczno-pedagogicznej dyrektor przedszkola:</w:t>
      </w:r>
    </w:p>
    <w:p w:rsidR="006703E7" w:rsidRDefault="00222C4D">
      <w:r>
        <w:t>1 ) informuje innych nauczycieli lub specjalistów o potrzebie objęcia dziecka pomocą psychologiczno-pedagogiczną,</w:t>
      </w:r>
    </w:p>
    <w:p w:rsidR="006703E7" w:rsidRDefault="00222C4D">
      <w:r>
        <w:t>2 ) planuje udzielanie pomocy psychologiczno-pedagogicznej, współpracując z rodzicami</w:t>
      </w:r>
      <w:r w:rsidR="00F2558D">
        <w:t xml:space="preserve"> </w:t>
      </w:r>
      <w:r>
        <w:t>i w zależności od potrzeb, z innymi nauczycielami, specjalistami prowadzącymi zajęcia z dzieckiem czy poradnią,</w:t>
      </w:r>
    </w:p>
    <w:p w:rsidR="006703E7" w:rsidRDefault="00222C4D">
      <w:r>
        <w:t>3 ) ustala wymiar godzin i czas trwania poszczególnych form udzielania dzieciom pomo</w:t>
      </w:r>
      <w:r w:rsidR="00804FE8">
        <w:t>cy psychologiczno-pedagogicznej,</w:t>
      </w:r>
    </w:p>
    <w:p w:rsidR="006703E7" w:rsidRDefault="00222C4D">
      <w:r>
        <w:t>4 ) bezzwłocznie powiadamia na piśmie rodziców o ustalonych formach i okresie udzielania pomocy psychologiczno-pedagogicznej oraz wymiarze godzin, w którym poszczególne formy pomocy będą realizowane.</w:t>
      </w:r>
    </w:p>
    <w:p w:rsidR="006703E7" w:rsidRDefault="00222C4D">
      <w:r>
        <w:t>2. Dyrektor monitoruje także bieżącą pracę nauczycieli i działania podejmowane przez specjalistów.</w:t>
      </w:r>
    </w:p>
    <w:p w:rsidR="006703E7" w:rsidRDefault="00222C4D">
      <w:r>
        <w:t>3. Dyrektor może także zdecydować o ewentualnym wcześniejszym zakończeniu udzielania danej formy pomocy wyłącznie na wniosek rodziców dziecka lub nauczyciela prowadzącego zajęcia specjalistyczne</w:t>
      </w:r>
    </w:p>
    <w:p w:rsidR="006703E7" w:rsidRDefault="00222C4D">
      <w:pPr>
        <w:pStyle w:val="Nagwek1"/>
      </w:pPr>
      <w:r>
        <w:t>§ 6</w:t>
      </w:r>
    </w:p>
    <w:p w:rsidR="006703E7" w:rsidRDefault="00222C4D">
      <w:r>
        <w:t>Podejmowane działania w zakresie organizowania i udzielania dzieciom pomocy psychologiczno-pedagogicznej dokumentowane są w dzienniku pracy nauczyciela i dziennikach zajęć z zakresu pomocy psychologiczno-pedagogicznej, zawierających indywidualne lub grupowe programy zajęć, ocenę postępów dziecka oraz wnioski do dalszej pracy, a także w dziennikach pracy specjalistów, w tym psychologów, pedagogów i logopedów.</w:t>
      </w:r>
    </w:p>
    <w:p w:rsidR="006703E7" w:rsidRDefault="00222C4D">
      <w:pPr>
        <w:pStyle w:val="Nagwek1"/>
      </w:pPr>
      <w:r>
        <w:lastRenderedPageBreak/>
        <w:t>§ 7</w:t>
      </w:r>
    </w:p>
    <w:p w:rsidR="006703E7" w:rsidRDefault="00222C4D">
      <w:r>
        <w:t>Zadania nauczycieli przedszkola</w:t>
      </w:r>
    </w:p>
    <w:p w:rsidR="006703E7" w:rsidRDefault="00222C4D">
      <w:r>
        <w:t>1.Nauczyciele i specjaliści zatrudnieni w przedszkolu zobowiązani są do do rozpoznawania indywidualnych potrzeb rozwojowych i edukacyjnych oraz indywidualnych możliwości psychofizycznych, w tym zainteresowań i uzdolnień dziecka. Proces ten odbywa się na podstawie obserwacji pedagogicznych, które kończą się oceną gotowości do podjęcia nauki w szkole. W przypadku stwierdzenia, że dziecko ze względu na potrzeby rozwojowe lub edukacyjne oraz możliwości psychofizyczne wymaga udzielania pomocy psychologiczno-pedagogicznej, nauczyciel lub specjalista niezwłocznie udziela takiej pomocy w trakcie bieżącej pracy z dzieckiem i jednocześnie informuje o tym dyrektora przedszkola oraz innych nauczycieli lub specjalistów, jeśli wystąpi potrzeba udzielenia dziecku pomocy specjalistycznej.</w:t>
      </w:r>
    </w:p>
    <w:p w:rsidR="006703E7" w:rsidRDefault="00222C4D">
      <w:r>
        <w:t>2.Dziecku z opinią lub orzeczeniem o niepełnosprawności nauczyciel po rozpoznaniu potrzeb oraz zaleceń zawartych w orzeczeniach i opiniach poradni psychologiczno-pedagogicznej, organizuje pomoc psychologiczno-pedagogiczną, uwzględniając w swojej pracy obowiązek prowadzenia i rozpoznania potrzeb, udzielenia natychmiastowego wsparcia oraz dostosowania metod, form ora</w:t>
      </w:r>
      <w:r w:rsidR="00804FE8">
        <w:t>z wymagań do możliwości dziecka.</w:t>
      </w:r>
    </w:p>
    <w:p w:rsidR="006703E7" w:rsidRDefault="00222C4D">
      <w:r>
        <w:t>3.Współpraca z rodzicami oparta jest na prowadzeniu rozmów między rodzicami i nauczycielami lub ewentualnym prowadzeniu badań ankietowych na temat środowiska rodzinnego.</w:t>
      </w:r>
      <w:r w:rsidR="00804FE8">
        <w:t xml:space="preserve"> </w:t>
      </w:r>
      <w:r>
        <w:t>Informacje dotyczące rozpoznanych potrzeb rozwojowych należy przekazać rodzicom podczas zaplanowanej rozmowy, na której nauczyciel powinien wskazać rodzaj, cele i formy proponowanych działań wspierających. Nauczyciele mogą udostępnić rodzicom dokumenty badawcze, na podstawie których rozpoznane zostały potrzeby dziecka, i wyjaśnić, na czym polega organizowanie pomocy psychologiczno-pedagogicznej.</w:t>
      </w:r>
    </w:p>
    <w:p w:rsidR="006703E7" w:rsidRDefault="00222C4D">
      <w:pPr>
        <w:pStyle w:val="Nagwek1"/>
      </w:pPr>
      <w:r>
        <w:t>§ 8</w:t>
      </w:r>
    </w:p>
    <w:p w:rsidR="006703E7" w:rsidRDefault="00222C4D">
      <w:r>
        <w:t>Zadania specjalistów</w:t>
      </w:r>
    </w:p>
    <w:p w:rsidR="006703E7" w:rsidRDefault="00222C4D">
      <w:r>
        <w:t>1. Zadania pedagoga oraz psychologa pracującego w przedszkolu polegają na:</w:t>
      </w:r>
    </w:p>
    <w:p w:rsidR="006703E7" w:rsidRDefault="00222C4D">
      <w:r>
        <w:t>• prowadzeniu badań i działań diagnostycznych dzieci, w tym diagnozowaniu indywidualnych potrzeb rozwojowych, edukacyjnych oraz możliwości psychofizycznych w celu określenia przyczyn niepowodzeń edukacyjnych,</w:t>
      </w:r>
    </w:p>
    <w:p w:rsidR="006703E7" w:rsidRDefault="00222C4D">
      <w:r>
        <w:t>• wspieraniu mocnych stron dziecka,</w:t>
      </w:r>
    </w:p>
    <w:p w:rsidR="006703E7" w:rsidRDefault="00222C4D">
      <w:r>
        <w:t>• diagnozowaniu sytuacji wychowawczych w celu rozwiązywania problemów, a także wspieraniu rozwoju dzieci,</w:t>
      </w:r>
    </w:p>
    <w:p w:rsidR="006703E7" w:rsidRDefault="00222C4D">
      <w:r>
        <w:t>• udzielaniu pomocy psychologiczno-pedagogicznej w formach odpowiednich do rozpoznanych potrzeb oraz podejmowaniu działań z zakresu profilaktyki,</w:t>
      </w:r>
    </w:p>
    <w:p w:rsidR="006703E7" w:rsidRDefault="00222C4D">
      <w:r>
        <w:t>• minimalizowaniu skutków zaburzeń rozwojowych i zapobieganiu zaburzeniom zachowania,</w:t>
      </w:r>
    </w:p>
    <w:p w:rsidR="006703E7" w:rsidRDefault="00222C4D">
      <w:r>
        <w:t>• inicjowaniu różnych form pomocy w środowisku przedszkolnym oraz lokalnym, a także inicjowaniu i prowadzeniu działań mediacyjnych i interwencyjnych w sytuacjach kryzysowych,</w:t>
      </w:r>
    </w:p>
    <w:p w:rsidR="006703E7" w:rsidRDefault="00222C4D">
      <w:r>
        <w:t>• pomocy rodzicom i nauczycielom w rozpoznawaniu i rozwijaniu indywidualnych możliwości, predyspozycji i uzdolnień dzieci oraz wspieraniu nauczycieli, wychowawców grup wychowawczych oraz innych specjalistów w udzielaniu pomocy psychologiczno-pedagogicznej,</w:t>
      </w:r>
    </w:p>
    <w:p w:rsidR="006703E7" w:rsidRDefault="00222C4D">
      <w:r>
        <w:t>• wspieranie nauczycieli, wychowawców grup wychowawczych i innych specjalistów w:</w:t>
      </w:r>
    </w:p>
    <w:p w:rsidR="006703E7" w:rsidRDefault="00222C4D">
      <w:r>
        <w:t>c) rozpoznawaniu indywidualnych potrzeb rozwojowych i edukacyjnych oraz możliwości psychofizycznych dzieci,</w:t>
      </w:r>
    </w:p>
    <w:p w:rsidR="006703E7" w:rsidRDefault="00222C4D">
      <w:r>
        <w:t>d) udzielaniu pomocy psychologiczno-pedagogicznej.</w:t>
      </w:r>
    </w:p>
    <w:p w:rsidR="006703E7" w:rsidRDefault="00222C4D">
      <w:r>
        <w:lastRenderedPageBreak/>
        <w:t>2. Zadania terapeuty pedagogicznego pracującego w przedszkolu polegają na:</w:t>
      </w:r>
    </w:p>
    <w:p w:rsidR="006703E7" w:rsidRDefault="00222C4D">
      <w:r>
        <w:t>1 ) prowadzeniu badań i działań diagnostycznych wobec dzieci z zaburzeniami i odchyleniami rozwojowymi lub specyficznymi trudnościami w uczeniu się,</w:t>
      </w:r>
    </w:p>
    <w:p w:rsidR="006703E7" w:rsidRDefault="00222C4D">
      <w:r>
        <w:t>2 ) prowadzeniu zajęć korekcyjno-kompensacyjnych oraz innych zajęć o charakterze terapeutycznym,</w:t>
      </w:r>
    </w:p>
    <w:p w:rsidR="006703E7" w:rsidRDefault="00222C4D">
      <w:r>
        <w:t>3 ) podejmowaniu działań profilaktycznych oraz zapobiegających niepowodzeniom edukacyjnym dzieci, we współpracy z ich rodzicami,</w:t>
      </w:r>
    </w:p>
    <w:p w:rsidR="006703E7" w:rsidRDefault="00222C4D">
      <w:r>
        <w:t>4 ) wspieraniu nauczycieli, wychowawców grup wychowawczych i innych specjalistów w udzielaniu pomocy psychologiczno-pedagogicznej.</w:t>
      </w:r>
    </w:p>
    <w:p w:rsidR="006703E7" w:rsidRDefault="00804FE8">
      <w:r>
        <w:t>3.</w:t>
      </w:r>
      <w:r w:rsidR="00222C4D">
        <w:t xml:space="preserve"> Zadania logopedy pracującego w przedszkolu polegają na:</w:t>
      </w:r>
    </w:p>
    <w:p w:rsidR="006703E7" w:rsidRDefault="00222C4D">
      <w:r>
        <w:t>1 ) diagnozie logopedycznej, prowadzeniu badań przesiewowych w celu ustalenia stanu mowy dziecka,</w:t>
      </w:r>
    </w:p>
    <w:p w:rsidR="006703E7" w:rsidRDefault="00222C4D">
      <w:r>
        <w:t>2 ) prowadzeniu zajęć logopedycznych oraz porad i konsultacji dla dzieci i rodziców,</w:t>
      </w:r>
    </w:p>
    <w:p w:rsidR="006703E7" w:rsidRDefault="00222C4D">
      <w:r>
        <w:t>3 ) podejmowaniu działań profilaktycznych, wspieraniu nauczycieli, wychowawców grup wychowawczych i innych specjalistów w udzielaniu pomocy psychologiczno-pedagogicznej</w:t>
      </w:r>
      <w:r w:rsidR="00F41679">
        <w:t>.</w:t>
      </w:r>
    </w:p>
    <w:p w:rsidR="006703E7" w:rsidRDefault="00222C4D">
      <w:pPr>
        <w:pStyle w:val="Nagwek1"/>
      </w:pPr>
      <w:r>
        <w:t>§ 9</w:t>
      </w:r>
    </w:p>
    <w:p w:rsidR="00F41679" w:rsidRDefault="00222C4D">
      <w:r>
        <w:t xml:space="preserve">1. W przedszkolu powołuje się zespół pomocy psychologiczno-pedagogicznej wyłącznie dla dzieci posiadających orzeczenie o potrzebie kształcenia specjalnego. Orzeczenie o potrzebie kształcenia specjalnego (wydane przez zespoły orzekające działające przy poradniach psychologiczno-pedagogicznych) może uzyskać dziecko: niesłyszące lub słabosłyszące, niewidome i słabowidzące, z niepełnosprawnością ruchową, w tym z afazją, z upośledzeniem umysłowym, z autyzmem, w tym z zespołem Aspergera, z niepełnosprawnościami sprzężonymi. </w:t>
      </w:r>
    </w:p>
    <w:p w:rsidR="006703E7" w:rsidRDefault="00222C4D">
      <w:r>
        <w:t>2. Powołany zespół składa się z:</w:t>
      </w:r>
    </w:p>
    <w:p w:rsidR="006703E7" w:rsidRDefault="00222C4D">
      <w:r>
        <w:t>1 ) pracujących z dzieckiem nauczycieli,</w:t>
      </w:r>
    </w:p>
    <w:p w:rsidR="006703E7" w:rsidRDefault="00222C4D">
      <w:r>
        <w:t>2 ) specjalistów pracujących w przedszkolu,</w:t>
      </w:r>
    </w:p>
    <w:p w:rsidR="006703E7" w:rsidRDefault="00222C4D">
      <w:r>
        <w:t>3 ) rodziców dziecka,</w:t>
      </w:r>
    </w:p>
    <w:p w:rsidR="006703E7" w:rsidRDefault="00222C4D">
      <w:r>
        <w:t>4 )na życzenie rodziców do zespołu można zaprosić innego specjalistę spoza placówki,</w:t>
      </w:r>
    </w:p>
    <w:p w:rsidR="006703E7" w:rsidRDefault="00222C4D">
      <w:r>
        <w:t>5 ) na zaproszenie dyrektora w posiedzeniach zespołu może wziąć udział pracownik poradni psychologiczno-pedagogicznej.</w:t>
      </w:r>
    </w:p>
    <w:p w:rsidR="006703E7" w:rsidRDefault="00222C4D">
      <w:r>
        <w:t>3.Członkowie zespołu wspólnie opracowują indywidualny program edukacyjno-terapeutyczny (IPET), w którym uwzględnione zostaną poszczególne formy i okres udzielania pomocy psychologiczno-pedagogicznej, oraz ustalone zostaną wnioski dotyczące dalszej pracy z dzieckiem. Realizują go w ramach zajęć obowiązkowych, nadobowiązkowych oraz dodatkowych, które ustala dyrektor.</w:t>
      </w:r>
    </w:p>
    <w:p w:rsidR="006703E7" w:rsidRDefault="00222C4D">
      <w:r>
        <w:t>4.</w:t>
      </w:r>
      <w:r w:rsidR="009B4E00">
        <w:t>W</w:t>
      </w:r>
      <w:r>
        <w:t xml:space="preserve"> przypadku powoływania zespołu na podstawie rozpoznanych potrzeb dziecka i zaleceń wydanych przez zespół dyrektor ustala formy pomocy i okres ich udzielania oraz wymiar godzin, w jakim ta pomoc będzie udzielana, i wyznacza koordynatora zespołu. Obowiązkiem dyrektora jest też informowanie innych nauczycieli lub specjalistów o potrzebie objęcia dziecka pomocą psychologiczno-pedagogiczną, a także organizowanie pomocy, czyli umożliwienie odbywania specjalistycznych zajęć z dzieckiem poprzez zatwierdzenie zaplanowanych zajęć edukacyjnych lub określonych w indywidualnym programie edukacyjno-terapeutycznym (IPET).</w:t>
      </w:r>
    </w:p>
    <w:p w:rsidR="006703E7" w:rsidRDefault="00222C4D">
      <w:r>
        <w:t xml:space="preserve">5. Po podjęciu decyzji o objęciu dziecka wskazaną przez dyrektora przedszkola formą pomocy, zaplanowaniu sposobów i terminów jej udzielania koordynator powinien uzyskać pisemną zgodę rodziców na udział dziecka w zajęciach specjalistycznych, które powinny trwać do czasu złagodzenia bądź </w:t>
      </w:r>
      <w:r>
        <w:lastRenderedPageBreak/>
        <w:t>wyeliminowania zaburzeń stanowiących powód objęcia daną formą wsparcia. Po uzyskaniu zgody należy poinformować rodziców o terminie spotkania zespołu oraz ustalonych sposobach pracy, wymiarze godzin i okresach udzielania pomocy oraz zachęcić ich do uczestnictwa w zajęciach. Warto poinformować rodziców, że mogą wnioskować o udział psychologa, pedagoga, logopedy lub innego specjalisty w spotkaniach zespołu. Osoby biorące udział w spotkaniach są obowiązane do nieujawniania poruszanych na nich spraw – taką informację powinien przekazać koordynator zespołu lub nauczyciel prowadzący indywidualne zajęcia z dzieckiem.</w:t>
      </w:r>
    </w:p>
    <w:p w:rsidR="006703E7" w:rsidRDefault="00222C4D">
      <w:r>
        <w:t>6.Rodzice powinni wyrazić pisemną zgodę na udział dziecka w zajęciach wspomagających rozwój oraz uczestniczyć w spotkaniach zespołu, zapoznając się z zakresem planowanej pomocy psychologiczno-pedagogicznej. W miarę potrzeb, powinni uczestniczyć w zajęciach organizowanych przez nauczycieli specjalistów prowadzących zajęcia z dzieckiem, a także poznać indywidualny program edukacyjno-terapeutyczny opracowany dla ich pociechy, by następnie, w miarę możliwości, wspierać podejmowane w przedszkolu działania lub kontynuować je zgodnie z poradami uzyskanymi od nauczycieli specjalistów.</w:t>
      </w:r>
    </w:p>
    <w:p w:rsidR="006703E7" w:rsidRDefault="00222C4D">
      <w:r>
        <w:t>7.Rodzice mają prawo zapoznać się z efektami prowadzonej pomocy psychologiczno-pedagogicznej oraz wnioskami do dalszej pracy, a także z indywidualną teczką dziecka – kartami pracy, pracami plastycznymi i innymi dokumentami dotyczącymi prowadzonej pracy psychologiczno-pedagogicznej. Mogą także zasięgać fachowej porady nauczycieli specjalistów.</w:t>
      </w:r>
    </w:p>
    <w:p w:rsidR="006703E7" w:rsidRDefault="00222C4D">
      <w:pPr>
        <w:pStyle w:val="Nagwek1"/>
      </w:pPr>
      <w:r>
        <w:t>§ 10</w:t>
      </w:r>
    </w:p>
    <w:p w:rsidR="006703E7" w:rsidRDefault="00222C4D">
      <w:r>
        <w:t>Zadania zespołu pomocy psychologiczno-pedagogicznej dla dzieci posiadających orzeczenie o potrzebie kształcenia specjalnego</w:t>
      </w:r>
      <w:r w:rsidR="00294705">
        <w:t>:</w:t>
      </w:r>
    </w:p>
    <w:p w:rsidR="006703E7" w:rsidRDefault="00222C4D">
      <w:r>
        <w:t>1. W przypadku gdy dziecko posiada orzeczenie o potrzebie kształcenia specjalnego, na terenie przedszkola powołuje się zespół pomocy psychologiczno-pedagogicznej, który wykonuje następujące zadania:</w:t>
      </w:r>
    </w:p>
    <w:p w:rsidR="006703E7" w:rsidRDefault="00222C4D">
      <w:r>
        <w:t>1 ) dokonuje wielospecjalistycznej oceny poziomu funkcjonowania dziecka, korzystając również z informacji uzyskanych od rodziców,</w:t>
      </w:r>
    </w:p>
    <w:p w:rsidR="006703E7" w:rsidRDefault="00222C4D">
      <w:r>
        <w:t>2 ) opracowuje indywidualny program edukacyjno-terapeutyczny uwzględniający zalecenia poradni psychologiczno-pedagogicznej,</w:t>
      </w:r>
    </w:p>
    <w:p w:rsidR="006703E7" w:rsidRDefault="00222C4D">
      <w:r>
        <w:t>3 ) nie rzadziej niż raz w roku szkolnym dokonuje oceny efektywności udzielanej pomocy psychologiczno-pedagogicznej, informując rodziców i dyrektora o efektach tej pracy poprzez udostępnienie jej wyników oraz wniosków do dalszej pracy z dzieckiem,</w:t>
      </w:r>
    </w:p>
    <w:p w:rsidR="006703E7" w:rsidRDefault="00222C4D">
      <w:r>
        <w:t>4 )dokonuje oceny efektywności danej formy pomocy psychologiczno-pedagogicznej po zakończeniu jej udzielania,</w:t>
      </w:r>
    </w:p>
    <w:p w:rsidR="006703E7" w:rsidRDefault="00222C4D">
      <w:r>
        <w:t>5 )w miarę potrzeb dokonuje modyfikacji programu, pamiętając o tym, by poinformować rodziców o zmianach i udostępnić im zmodyfikowany program,</w:t>
      </w:r>
    </w:p>
    <w:p w:rsidR="006703E7" w:rsidRDefault="00222C4D">
      <w:r>
        <w:t>6 )podejmuje działania mediacyjne i interwencyjne w sytuacjach kryzysowych, w tym również z udziałem rodziców,</w:t>
      </w:r>
    </w:p>
    <w:p w:rsidR="006703E7" w:rsidRDefault="00222C4D">
      <w:r>
        <w:t>7 )dokumentuje udzielaną pomoc oraz badania l</w:t>
      </w:r>
      <w:r w:rsidR="00F2558D">
        <w:t>ub inne czynności uzupełniające:</w:t>
      </w:r>
      <w:r>
        <w:t xml:space="preserve"> dla</w:t>
      </w:r>
      <w:r w:rsidR="00F2558D">
        <w:t xml:space="preserve"> </w:t>
      </w:r>
      <w:r>
        <w:t>każdego dziecka dokumentacja gromadzona jest w formie np. indywidualnej teczki, którą podczas rozmowy z rodzicami warto udostępnić, by wskazać postępy rozwojowe</w:t>
      </w:r>
      <w:r w:rsidR="00F41679">
        <w:t>.</w:t>
      </w:r>
    </w:p>
    <w:p w:rsidR="00294705" w:rsidRDefault="00294705">
      <w:pPr>
        <w:pStyle w:val="Nagwek1"/>
      </w:pPr>
    </w:p>
    <w:p w:rsidR="006703E7" w:rsidRDefault="00222C4D">
      <w:pPr>
        <w:pStyle w:val="Nagwek1"/>
      </w:pPr>
      <w:r>
        <w:t>§ 11</w:t>
      </w:r>
    </w:p>
    <w:p w:rsidR="006703E7" w:rsidRDefault="00222C4D">
      <w:r>
        <w:t>Działania przedszkola w ramach współpracy z rodzicami</w:t>
      </w:r>
    </w:p>
    <w:p w:rsidR="006703E7" w:rsidRDefault="00222C4D">
      <w:r>
        <w:t>1. Przedszkole w ramach ścisłej współpracy z rodzicami realizuje zadania w zakresie</w:t>
      </w:r>
    </w:p>
    <w:p w:rsidR="006703E7" w:rsidRDefault="00222C4D">
      <w:r>
        <w:t>1 ) wspomagania działań wychowawczych rodziców poprzez:</w:t>
      </w:r>
    </w:p>
    <w:p w:rsidR="006703E7" w:rsidRDefault="00222C4D">
      <w:r>
        <w:t>a) informowanie o postępach rozwojowych dziecka, jego uzdolnieniach, zainteresowaniach i samopoczuciu,</w:t>
      </w:r>
    </w:p>
    <w:p w:rsidR="006703E7" w:rsidRDefault="00222C4D">
      <w:r>
        <w:t>b) informowanie o dostrzeżonych problemach rozwojowych, które ujawniły się w wyniku przeprowadzonych obserwacji i badań,</w:t>
      </w:r>
    </w:p>
    <w:p w:rsidR="006703E7" w:rsidRDefault="00222C4D">
      <w:r>
        <w:t>c) diagnozowanie środowiska rodzinnego, czyli zebranie informacji o zachowaniu dziecka w domu,</w:t>
      </w:r>
    </w:p>
    <w:p w:rsidR="006703E7" w:rsidRDefault="00222C4D">
      <w:r>
        <w:t>d) przekazywanie informacji dotyczących wspomagania dziecka w rozwoju, jego potrzeb w zakresie indywidualnej pracy korekcyjno-kompensacyjnej lub organizowania pomocy psychologiczno-pedagogicznej w przedszkolu oraz ewentualnych działań wspierających podejmowanych w domu rodzinnym.</w:t>
      </w:r>
    </w:p>
    <w:p w:rsidR="006703E7" w:rsidRDefault="00222C4D">
      <w:r>
        <w:t>2 ) Integrowania oddziaływań wychowawczych w przedszkolu i w domu rodzinnym poprzez:</w:t>
      </w:r>
    </w:p>
    <w:p w:rsidR="006703E7" w:rsidRDefault="00222C4D">
      <w:r>
        <w:t>a) uzgadnianie sposobów reagowania na określone zachowania dziecka, ustalenie wspólnych wymagań w domu i w przedszkolu,</w:t>
      </w:r>
    </w:p>
    <w:p w:rsidR="006703E7" w:rsidRDefault="00222C4D">
      <w:r>
        <w:t>b) uzgadnianie kierunku działań wychowawczych realizowanych w przedszkolu i kontynuowanych w domu,</w:t>
      </w:r>
    </w:p>
    <w:p w:rsidR="006703E7" w:rsidRDefault="00222C4D">
      <w:r>
        <w:t>c) opracowanie z rodzicami warunków do swobodnej działalności dziecka,</w:t>
      </w:r>
    </w:p>
    <w:p w:rsidR="006703E7" w:rsidRDefault="00222C4D">
      <w:r>
        <w:t>d) uzupełnianie wiedzy rodziców o wychowaniu i rozwoju dziecka,</w:t>
      </w:r>
    </w:p>
    <w:p w:rsidR="006703E7" w:rsidRDefault="00222C4D">
      <w:r>
        <w:t>e) włączenie rodziców w wychowanie dzieci poza domem, spotkania z dziećmi, prezentacje własnych pasji, zainteresowań,</w:t>
      </w:r>
    </w:p>
    <w:p w:rsidR="006703E7" w:rsidRDefault="00222C4D">
      <w:r>
        <w:t>f) włączanie rodziców w planowanie, zagospodarowywanie wnętrz przedszkola, sal zajęć czy terenu zabaw.</w:t>
      </w:r>
    </w:p>
    <w:p w:rsidR="006703E7" w:rsidRDefault="00222C4D">
      <w:r>
        <w:t>3 ) Wspieranie działań rodziców w budowaniu relacji z dziećmi poprzez:</w:t>
      </w:r>
    </w:p>
    <w:p w:rsidR="006703E7" w:rsidRDefault="00222C4D">
      <w:r>
        <w:t>a) wspólne i indywidualne działania rodziców, nauczycieli i dzieci,</w:t>
      </w:r>
    </w:p>
    <w:p w:rsidR="006703E7" w:rsidRDefault="00222C4D">
      <w:r>
        <w:t>b)poszukiwanie przyczyn agresywnych zachowań dzieci oraz zachowań nieakceptowanych społecznie, a także sposobów reagowania na nie,</w:t>
      </w:r>
    </w:p>
    <w:p w:rsidR="006703E7" w:rsidRDefault="00222C4D">
      <w:r>
        <w:t>c) organizowanie doradztwa metodycznego, psychologicznego, pedagogicznego.</w:t>
      </w:r>
    </w:p>
    <w:p w:rsidR="00F41679" w:rsidRDefault="00F41679"/>
    <w:p w:rsidR="00F41679" w:rsidRDefault="00F41679"/>
    <w:p w:rsidR="00F41679" w:rsidRDefault="00F41679"/>
    <w:p w:rsidR="00F41679" w:rsidRDefault="00F41679"/>
    <w:p w:rsidR="00F41679" w:rsidRDefault="00F41679"/>
    <w:p w:rsidR="00F41679" w:rsidRDefault="00F41679"/>
    <w:p w:rsidR="00F2558D" w:rsidRDefault="00F2558D"/>
    <w:p w:rsidR="00F2558D" w:rsidRDefault="00F2558D"/>
    <w:p w:rsidR="00F2558D" w:rsidRDefault="00F2558D"/>
    <w:p w:rsidR="00F2558D" w:rsidRDefault="00F2558D"/>
    <w:p w:rsidR="00F2558D" w:rsidRDefault="00F2558D"/>
    <w:p w:rsidR="00F2558D" w:rsidRDefault="00F2558D"/>
    <w:p w:rsidR="006703E7" w:rsidRPr="00BC20DA" w:rsidRDefault="00222C4D">
      <w:pPr>
        <w:rPr>
          <w:b/>
        </w:rPr>
      </w:pPr>
      <w:r w:rsidRPr="00BC20DA">
        <w:rPr>
          <w:b/>
        </w:rPr>
        <w:t>Załącznik nr 3</w:t>
      </w:r>
    </w:p>
    <w:p w:rsidR="006703E7" w:rsidRDefault="00222C4D">
      <w:r>
        <w:t>…………………………………………… …........................................................</w:t>
      </w:r>
    </w:p>
    <w:p w:rsidR="006703E7" w:rsidRDefault="00222C4D">
      <w:r>
        <w:t>Imię i Nazwisko – rodzica Miejscowość, data</w:t>
      </w:r>
    </w:p>
    <w:p w:rsidR="006703E7" w:rsidRDefault="00222C4D">
      <w:r>
        <w:t>……………………………………………</w:t>
      </w:r>
    </w:p>
    <w:p w:rsidR="006703E7" w:rsidRDefault="00222C4D">
      <w:r>
        <w:t>Adres do korespondencji</w:t>
      </w:r>
    </w:p>
    <w:p w:rsidR="006703E7" w:rsidRDefault="00222C4D">
      <w:r>
        <w:t>……………………………………………</w:t>
      </w:r>
    </w:p>
    <w:p w:rsidR="006703E7" w:rsidRDefault="00222C4D">
      <w:r>
        <w:t>Telefon</w:t>
      </w:r>
    </w:p>
    <w:p w:rsidR="006703E7" w:rsidRDefault="00222C4D">
      <w:r>
        <w:t>Dyrektor Przedszkola Samorządowego Nr 2</w:t>
      </w:r>
    </w:p>
    <w:p w:rsidR="006703E7" w:rsidRDefault="00222C4D">
      <w:r>
        <w:t>w Pasłęku</w:t>
      </w:r>
    </w:p>
    <w:p w:rsidR="006703E7" w:rsidRDefault="00222C4D">
      <w:r>
        <w:t>DEKLARACJA O KONTYNUOWANIU WYCHOWANIA PRZEDSZKOLENGO</w:t>
      </w:r>
    </w:p>
    <w:p w:rsidR="006703E7" w:rsidRDefault="00222C4D">
      <w:r>
        <w:t>Zgodnie z art. 153 ust. 2 ustawy z dnia 14 grudnia 2016 r. ( Prawo oświatowe)</w:t>
      </w:r>
    </w:p>
    <w:p w:rsidR="006703E7" w:rsidRDefault="00222C4D">
      <w:r>
        <w:t>deklaruję, że moja córka / mój syn</w:t>
      </w:r>
    </w:p>
    <w:p w:rsidR="006703E7" w:rsidRDefault="00222C4D">
      <w:r>
        <w:t>……………………………………………………</w:t>
      </w:r>
    </w:p>
    <w:p w:rsidR="006703E7" w:rsidRDefault="00222C4D">
      <w:r>
        <w:t>Imię i Nazwisko,PESEL dziecka</w:t>
      </w:r>
    </w:p>
    <w:p w:rsidR="006703E7" w:rsidRDefault="00222C4D">
      <w:r>
        <w:t>w roku szkolnym....................... będzie kontynuował/a wychowanie przedszkolne w Przedszkolu Samorządowym Nr 2 w Pasłęku</w:t>
      </w:r>
    </w:p>
    <w:p w:rsidR="006703E7" w:rsidRDefault="00222C4D">
      <w:r>
        <w:t>Jednocześnie deklaruję, że dziecko będzie korzystać z opieki w Przedszkolu w godz. od....do..</w:t>
      </w:r>
    </w:p>
    <w:p w:rsidR="006703E7" w:rsidRDefault="00222C4D">
      <w:r>
        <w:t>…………………………………. Czytelny podpis rodziców/prawnych opiekunów</w:t>
      </w:r>
    </w:p>
    <w:p w:rsidR="006703E7" w:rsidRDefault="00222C4D">
      <w:r>
        <w:t>Załącznik nr 4</w:t>
      </w:r>
    </w:p>
    <w:p w:rsidR="006703E7" w:rsidRDefault="00222C4D">
      <w:r>
        <w:t>Imię i Nazwisko wnioskodawcy – rodzica kandydata</w:t>
      </w:r>
    </w:p>
    <w:p w:rsidR="006703E7" w:rsidRDefault="00222C4D">
      <w:r>
        <w:t>……………………………………………</w:t>
      </w:r>
    </w:p>
    <w:p w:rsidR="006703E7" w:rsidRDefault="00222C4D">
      <w:r>
        <w:t>Adres do korespondencji w sprawach rekrutacji</w:t>
      </w:r>
    </w:p>
    <w:p w:rsidR="006703E7" w:rsidRDefault="00222C4D">
      <w:r>
        <w:t>…………………………………………… Dyrektor</w:t>
      </w:r>
    </w:p>
    <w:p w:rsidR="006703E7" w:rsidRDefault="00222C4D">
      <w:r>
        <w:t>.................................................................................</w:t>
      </w:r>
    </w:p>
    <w:p w:rsidR="006703E7" w:rsidRDefault="00222C4D">
      <w:r>
        <w:t>Nazwa i adres jednostki, do której składany jest wniosek</w:t>
      </w:r>
    </w:p>
    <w:p w:rsidR="006703E7" w:rsidRDefault="00222C4D">
      <w:r>
        <w:t>.................................................................................</w:t>
      </w:r>
    </w:p>
    <w:p w:rsidR="006703E7" w:rsidRDefault="00222C4D">
      <w:r>
        <w:t>WNIOSEK O PRZYJĘCIE</w:t>
      </w:r>
    </w:p>
    <w:p w:rsidR="006703E7" w:rsidRDefault="00222C4D">
      <w:r>
        <w:t>do publicznego przedszkola, oddziału przedszkolnego przy szkole podstawowej</w:t>
      </w:r>
    </w:p>
    <w:p w:rsidR="006703E7" w:rsidRDefault="00222C4D">
      <w:r>
        <w:t>prowadzonej przez Gminę Pasłęk, w roku szkolnym</w:t>
      </w:r>
    </w:p>
    <w:p w:rsidR="006703E7" w:rsidRDefault="00222C4D">
      <w:r>
        <w:t>I. DANE OSOBOWE KANDYDATA I RODZICÓW (OPIEKUNÓW PRAWNYCH) (Tabelę należy czytelnie literami drukowanymi)</w:t>
      </w:r>
    </w:p>
    <w:p w:rsidR="006703E7" w:rsidRDefault="00222C4D">
      <w:r>
        <w:t>1. Imię/Imiona i nazwisko kandydata</w:t>
      </w:r>
    </w:p>
    <w:p w:rsidR="006703E7" w:rsidRDefault="00222C4D">
      <w:r>
        <w:t>2. Data i miejsce urodzenia kandydata</w:t>
      </w:r>
    </w:p>
    <w:p w:rsidR="006703E7" w:rsidRDefault="00222C4D">
      <w:r>
        <w:t>3. PESEL kandydata</w:t>
      </w:r>
    </w:p>
    <w:p w:rsidR="006703E7" w:rsidRDefault="00222C4D">
      <w:r>
        <w:lastRenderedPageBreak/>
        <w:t>w przypadku braku nr PESEL należy podać serię i numer paszportu lub innego dokumentu potwierdzającego tożsamość</w:t>
      </w:r>
    </w:p>
    <w:p w:rsidR="006703E7" w:rsidRDefault="00222C4D">
      <w:r>
        <w:t>4. Imię/Imiona i nazwiska rodziców (opiekunów prawnych) kandydata Matki</w:t>
      </w:r>
    </w:p>
    <w:p w:rsidR="006703E7" w:rsidRDefault="00222C4D">
      <w:r>
        <w:t>Ojca</w:t>
      </w:r>
    </w:p>
    <w:p w:rsidR="006703E7" w:rsidRDefault="00222C4D">
      <w:r>
        <w:t>5. Adres miejsca zamieszkania rodziców (opiekunów prawnych) i kandydata Kod pocztowy</w:t>
      </w:r>
    </w:p>
    <w:p w:rsidR="006703E7" w:rsidRDefault="00222C4D">
      <w:r>
        <w:t>Miejscowość</w:t>
      </w:r>
    </w:p>
    <w:p w:rsidR="006703E7" w:rsidRDefault="00222C4D">
      <w:r>
        <w:t>Ulica</w:t>
      </w:r>
    </w:p>
    <w:p w:rsidR="006703E7" w:rsidRDefault="00222C4D">
      <w:r>
        <w:t>Numer domu /numer mieszkania</w:t>
      </w:r>
    </w:p>
    <w:p w:rsidR="006703E7" w:rsidRDefault="00222C4D">
      <w:r>
        <w:t>6. Adres poczty elektronicznej i numery telefonów rodziców (opiekunów prawnych) kandydata Matki Telefon do kontaktu</w:t>
      </w:r>
    </w:p>
    <w:p w:rsidR="006703E7" w:rsidRDefault="00222C4D">
      <w:r>
        <w:t>Adres poczty elektronicznej</w:t>
      </w:r>
    </w:p>
    <w:p w:rsidR="006703E7" w:rsidRDefault="00222C4D">
      <w:r>
        <w:t>Ojca Telefon do kontaktu</w:t>
      </w:r>
    </w:p>
    <w:p w:rsidR="006703E7" w:rsidRDefault="00222C4D">
      <w:r>
        <w:t>Adres poczty elektronicznej</w:t>
      </w:r>
    </w:p>
    <w:p w:rsidR="006703E7" w:rsidRDefault="00222C4D">
      <w:r>
        <w:t>II. INFORMACJA O ZŁOŻENIU WNIOSKU O PRZYJĘCIE DO PUBLICZNYCH JEDNOSTEK PROWADZĄCYCH WYCHOWANIE PRZEDSZKOLNE:</w:t>
      </w:r>
    </w:p>
    <w:p w:rsidR="006703E7" w:rsidRDefault="00222C4D">
      <w:r>
        <w:t>Jeżeli wnioskodawca skorzystał z prawa składania wniosku o przyjęcie kandydata do więcej niż jednej publicznej placówki, zobowiązany jest wpisać nazwy i adresy przedszkola, oddziału przedszkolnego przy szkole w porządku od najbardziej do najmniej preferowanych</w:t>
      </w:r>
    </w:p>
    <w:p w:rsidR="006703E7" w:rsidRDefault="00222C4D">
      <w:r>
        <w:t>• Pierwszy wybór</w:t>
      </w:r>
    </w:p>
    <w:p w:rsidR="006703E7" w:rsidRDefault="00222C4D">
      <w:r>
        <w:t>…………………………………………………………………………………………………………………………………………...............................................</w:t>
      </w:r>
    </w:p>
    <w:p w:rsidR="006703E7" w:rsidRDefault="00222C4D">
      <w:r>
        <w:t>nazwa przedszkola lub oddziału przedszkolnego</w:t>
      </w:r>
    </w:p>
    <w:p w:rsidR="006703E7" w:rsidRDefault="00222C4D">
      <w:r>
        <w:t>…………………………………………………………………………………………………………………………………………...............................................</w:t>
      </w:r>
    </w:p>
    <w:p w:rsidR="006703E7" w:rsidRDefault="00222C4D">
      <w:r>
        <w:t>adres przedszkola lub oddziału przedszkolnego</w:t>
      </w:r>
    </w:p>
    <w:p w:rsidR="006703E7" w:rsidRDefault="00222C4D">
      <w:r>
        <w:t>• Drugi wybór</w:t>
      </w:r>
    </w:p>
    <w:p w:rsidR="006703E7" w:rsidRDefault="00222C4D">
      <w:r>
        <w:t>…………………………………………………………………………………………………………………………………………...............................................</w:t>
      </w:r>
    </w:p>
    <w:p w:rsidR="006703E7" w:rsidRDefault="00222C4D">
      <w:r>
        <w:t>nazwa przedszkola lub oddziału przedszkolnego</w:t>
      </w:r>
    </w:p>
    <w:p w:rsidR="006703E7" w:rsidRDefault="00222C4D">
      <w:r>
        <w:t>…………………………………………………………………………………………………………………………………………...............................................</w:t>
      </w:r>
    </w:p>
    <w:p w:rsidR="006703E7" w:rsidRDefault="00222C4D">
      <w:r>
        <w:t>adres przedszkola lub oddziału przedszkolnego</w:t>
      </w:r>
    </w:p>
    <w:p w:rsidR="006703E7" w:rsidRDefault="00222C4D">
      <w:r>
        <w:t>• Trzeci wybór</w:t>
      </w:r>
    </w:p>
    <w:p w:rsidR="006703E7" w:rsidRDefault="00222C4D">
      <w:r>
        <w:t>…………………………………………………………………………………………………………………………………………...............................................</w:t>
      </w:r>
    </w:p>
    <w:p w:rsidR="006703E7" w:rsidRDefault="00222C4D">
      <w:r>
        <w:t>nazwa przedszkola lub oddziału przedszkolnego</w:t>
      </w:r>
    </w:p>
    <w:p w:rsidR="006703E7" w:rsidRDefault="00222C4D">
      <w:r>
        <w:t>…………………………………………………………………………………………………………………………………………...............................................</w:t>
      </w:r>
    </w:p>
    <w:p w:rsidR="006703E7" w:rsidRDefault="00222C4D">
      <w:r>
        <w:t>adres przedszkola lub oddziału przedszkolnego</w:t>
      </w:r>
    </w:p>
    <w:p w:rsidR="006703E7" w:rsidRDefault="00222C4D">
      <w:r>
        <w:lastRenderedPageBreak/>
        <w:t>III. Informacja o spełnianiu kryteriów określonych w ustawie o systemie oświaty i załącznikach do wniosku potwierdzających ich spełnianie</w:t>
      </w:r>
    </w:p>
    <w:p w:rsidR="006703E7" w:rsidRDefault="00222C4D">
      <w:r>
        <w:t>Sposób wypełniania tabeli: We właściwej rubryce (Tak lub Nie), przy każdym z 7 kryteriów wstaw znak "X"</w:t>
      </w:r>
    </w:p>
    <w:p w:rsidR="006703E7" w:rsidRDefault="00222C4D">
      <w:r>
        <w:t>L.p. Kryterium</w:t>
      </w:r>
    </w:p>
    <w:p w:rsidR="006703E7" w:rsidRDefault="00222C4D">
      <w:r>
        <w:t>Dokument potwierdzający spełnianie kryterium Tak Nie</w:t>
      </w:r>
    </w:p>
    <w:p w:rsidR="006703E7" w:rsidRDefault="00222C4D">
      <w:r>
        <w:t>1.</w:t>
      </w:r>
    </w:p>
    <w:p w:rsidR="006703E7" w:rsidRDefault="00222C4D">
      <w:r>
        <w:t>Wielodzietność rodziny kandydata</w:t>
      </w:r>
    </w:p>
    <w:p w:rsidR="006703E7" w:rsidRDefault="00222C4D">
      <w:r>
        <w:t>Oświadczenie o wielodzietności rodziny kandydata</w:t>
      </w:r>
    </w:p>
    <w:p w:rsidR="006703E7" w:rsidRDefault="00222C4D">
      <w:r>
        <w:t>2. Niepełnosprawność kandydata Orzeczenie o potrzebie kształcenia specjalnego wydane ze względu na niepełnosprawność, orzeczenie o niepełnosprawności</w:t>
      </w:r>
      <w:r w:rsidR="00294705">
        <w:t xml:space="preserve">. </w:t>
      </w:r>
      <w:r>
        <w:t>Oryginał, notarialnie poświadczona kopia albo urzędowo poświadczony zgodnie z art. 76a § 1 Kodeksu postępowania administracyjnego odpis lub wyciąg z dokumentu lub kopia poświadczona za zgodność z oryginałem przez rodzica kandydata</w:t>
      </w:r>
    </w:p>
    <w:p w:rsidR="006703E7" w:rsidRDefault="00222C4D">
      <w:r>
        <w:t>3. Niepełnosprawnośćjednego z rodziców kandydata Orzeczenie o niepełnosprawności lub o stopniu niepełnosprawności lub orzeczenie równoważne w rozumieniu przepisów ustawy z dnia 27 sierpnia 1997 r. o rehabilitacji zawodowej i społecznej oraz zatrudnianiu osób niepełnosprawnych (Dz. U. z 2011 r. Nr 127, poz. 721, z późn. zm.)</w:t>
      </w:r>
      <w:r w:rsidR="00294705">
        <w:t xml:space="preserve"> </w:t>
      </w:r>
      <w:r>
        <w:t>Oryginał, notarialnie poświadczona kopia albo urzędowo poświadczony zgodnie z art. 76a § 1 Kodeksu postępowania administracyjnego odpis lub wyciąg z dokumentu lub kopia poświadczona za zgodność z oryginałem przez rodzica kandydata</w:t>
      </w:r>
      <w:r w:rsidR="00294705">
        <w:t>.</w:t>
      </w:r>
    </w:p>
    <w:p w:rsidR="006703E7" w:rsidRDefault="00222C4D">
      <w:r>
        <w:t>4. Niepełnosprawnośćobojga rodziców kandydata</w:t>
      </w:r>
      <w:r w:rsidR="00294705">
        <w:t xml:space="preserve">. </w:t>
      </w:r>
      <w:r>
        <w:t>Orzeczenia o niepełnosprawności lub o stopniu niepełnosprawności lub orzeczenia równoważne w rozumieniu przepisów ustawy z dnia 27 sierpnia 1997 r. o rehabilitacji zawodowej i społecznej oraz zatrudnianiu osób niepełnosprawnych (Dz. U. z 2011 r. Nr 127, poz. 721, z późn. zm.)</w:t>
      </w:r>
      <w:r w:rsidR="00294705">
        <w:t xml:space="preserve">. </w:t>
      </w:r>
      <w:r>
        <w:t>Oryginał, notarialnie poświadczona kopia albo urzędowo poświadczony zgodnie z art. 76a § 1 Kodeksu postępowania administracyjnego odpis lub wyciąg z dokumentu lub kopia poświadczona za zgodność z oryginałem przez rodzica kandydata</w:t>
      </w:r>
    </w:p>
    <w:p w:rsidR="006703E7" w:rsidRDefault="00222C4D">
      <w:r>
        <w:t>5. Niepełnosprawność</w:t>
      </w:r>
      <w:r w:rsidR="00294705">
        <w:t xml:space="preserve"> </w:t>
      </w:r>
      <w:r>
        <w:t>rodzeństwa kandydata Orzeczenie o niepełnosprawności lub o stopniu niepełnosprawności lub orzeczenie równoważne w rozumieniu przepisów ustawy z dnia 27 sierpnia 1997 r. o rehabilitacji zawodowej i społecznej oraz zatrudnianiu osób niepełnosprawnych (Dz. U. z 2011 r. Nr 127, poz. 721, z późn. zm.)</w:t>
      </w:r>
      <w:r w:rsidR="00294705">
        <w:t xml:space="preserve">. </w:t>
      </w:r>
      <w:r>
        <w:t>Oryginał, notarialnie poświadczona kopia albo urzędowo poświadczony zgodnie z art. 76a § 1 Kodeksu postępowania administracyjnego odpis lub wyciąg z dokumentu lub kopia poświadczona za zgodność z oryginałem przez rodzica</w:t>
      </w:r>
      <w:r w:rsidR="00294705">
        <w:t>.</w:t>
      </w:r>
    </w:p>
    <w:p w:rsidR="006703E7" w:rsidRDefault="00222C4D">
      <w:r>
        <w:t>6. Samotne wychowywanie kandydata w rodzinie Prawomocny wyrok sądu rodzinnego orzekający rozwód lub separację lub akt zgonu oraz oświadczenie o samotnym wychowywaniu dziecka oraz niewychowywaniu żadnego dziecka wspólnie z jego rodzicem</w:t>
      </w:r>
      <w:r w:rsidR="00294705">
        <w:t xml:space="preserve">. </w:t>
      </w:r>
      <w:r>
        <w:t>Oryginał, notarialnie poświadczona kopia albo urzędowo poświadczony zgodnie z art. 76a § 1 Kodeksu postępowania administracyjnego odpis lub wyciąg z dokumentu kopia poświadczona„za zgodność z oryginałem przez rodzica kandydata</w:t>
      </w:r>
    </w:p>
    <w:p w:rsidR="006703E7" w:rsidRDefault="00222C4D">
      <w:r>
        <w:t>7. Objęcie kandydata pieczą zastępczą Dokument poświadczający objęcie dziecka pieczą zastępczą zgodnie z ustawą z dnia 9 czerwca 2011 r. o wspieraniu rodziny i systemie pieczy zastępczej (Dz. U. z 2013 r. poz. 135, z 2012 r. poz. 1519 oraz z 2013 r. poz. 154 i 866)</w:t>
      </w:r>
      <w:r w:rsidR="00294705">
        <w:t xml:space="preserve">. </w:t>
      </w:r>
      <w:r>
        <w:t>Oryginał, notarialnie poświadczona kopia albo urzędowo poświadczony zgodnie z art. 76a § 1 Kodeksu postępowania administracyjnego odpis lub wyciąg z dokumentu lub kopia poświadczon za zgodność z oryginałem przez rodzica kandydata</w:t>
      </w:r>
    </w:p>
    <w:p w:rsidR="006703E7" w:rsidRDefault="00222C4D">
      <w:r>
        <w:t>Do wniosku dołączam dokumenty potwierdzające spełnianie kryterium/kryteriów wymienionego/wymienionych w punkcie/punktach w/w tabeli: ………........</w:t>
      </w:r>
    </w:p>
    <w:p w:rsidR="006703E7" w:rsidRDefault="00222C4D">
      <w:r>
        <w:t>IV. Informacja o spełnieniu kryteriów naboru na drugim etapie postępowania rekrutacyjnego</w:t>
      </w:r>
    </w:p>
    <w:p w:rsidR="006703E7" w:rsidRDefault="00222C4D">
      <w:r>
        <w:t>Sposób wypełniania tabeli: We właściwej rubryce (Tak lub Nie), przy każdym z 7 kryteriów wstaw znak "X"</w:t>
      </w:r>
    </w:p>
    <w:p w:rsidR="006703E7" w:rsidRDefault="00222C4D">
      <w:r>
        <w:lastRenderedPageBreak/>
        <w:t>Lp. Kryterium Liczba punktów Dokument potwierdzający spełnianie kryterium / uwagi</w:t>
      </w:r>
    </w:p>
    <w:p w:rsidR="006703E7" w:rsidRDefault="00222C4D">
      <w:r>
        <w:t>Tak</w:t>
      </w:r>
    </w:p>
    <w:p w:rsidR="006703E7" w:rsidRDefault="00222C4D">
      <w:r>
        <w:t>Nie</w:t>
      </w:r>
    </w:p>
    <w:p w:rsidR="006703E7" w:rsidRDefault="00222C4D">
      <w:r>
        <w:t>1 a</w:t>
      </w:r>
      <w:r w:rsidR="00294705">
        <w:t>)</w:t>
      </w:r>
      <w:r>
        <w:t xml:space="preserve"> Kandydat, którego rodzice/opiekunowie prawni pracują lub uczą się w trybie dziennym 20 Dokumenty poświadczające zatrudnienie w ramach stosunku pracy lub umowy cywilnoprawnej, samozatrudnienie, prowadzenie gospodarstwa rolnego lub potwierdzające naukę w trybie dziennym</w:t>
      </w:r>
      <w:r w:rsidR="00294705">
        <w:t>,</w:t>
      </w:r>
    </w:p>
    <w:p w:rsidR="006703E7" w:rsidRDefault="00222C4D">
      <w:r>
        <w:t>b</w:t>
      </w:r>
      <w:r w:rsidR="00294705">
        <w:t>)</w:t>
      </w:r>
      <w:r>
        <w:t xml:space="preserve"> Kandydat, którego jeden z rodziców/opiekunów prawnych pracuje lub uczy się w trybie dziennym</w:t>
      </w:r>
      <w:r w:rsidR="00294705">
        <w:t>.</w:t>
      </w:r>
    </w:p>
    <w:p w:rsidR="006703E7" w:rsidRDefault="00222C4D">
      <w:r>
        <w:t>2 Kandydat podlegający rocznemu obowiązkowemu przygotowaniu przedszkolnemu oraz kandydat, któremu gmina jest zobowiązana zapewnić na mocy odrębnych przepisów miejsce do realizacji prawa do korzystania z wychowania przedszkolnego 20 Kryterium weryfikowane na podstawie danych o dacie urodzenia kandydata zawartych we wniosku o przyjęcie do publicznego przedszkola, oddziału przedszkolnego przy szkole podstawowej prowadzonej przez Gminę Pasłęk</w:t>
      </w:r>
      <w:r w:rsidR="00294705">
        <w:t>.</w:t>
      </w:r>
    </w:p>
    <w:p w:rsidR="006703E7" w:rsidRDefault="00222C4D">
      <w:r>
        <w:t>3 Kandydat, który będzie korzystał z usług przedszkolnych ponad czas realizacji podstawy programowej (powyżej 5 godzin) 2 Oświadczenie o korzystaniu z usług przedszkolnych ponad czas realizacji podstawy programowej (powyżej 5 godzin)</w:t>
      </w:r>
      <w:r w:rsidR="00294705">
        <w:t>.</w:t>
      </w:r>
    </w:p>
    <w:p w:rsidR="006703E7" w:rsidRDefault="00222C4D">
      <w:r>
        <w:t>4 Kandydat, który wychowuje się w rodzinie objętej pomocą Ośrodka Pomocy Społecznej lub wsparciem asystenta rodziny, bądź nadzorem kuratorskim 3 Oświadczenie</w:t>
      </w:r>
      <w:r w:rsidR="00294705">
        <w:t>.</w:t>
      </w:r>
    </w:p>
    <w:p w:rsidR="006703E7" w:rsidRDefault="00222C4D">
      <w:r>
        <w:t>5 Kandydat, którego rodzeństwo uczęszcza do tego samego przedszkola lub szkoły podstawowej w przypadku ubiegania się o przyjęcie do oddziału przedszkolnego w szkole 2 Kryterium weryfikowane na podstawie danych, które są w posiadaniu przedszkoli, których rekrutacja dotyczy</w:t>
      </w:r>
      <w:r w:rsidR="00294705">
        <w:t>.</w:t>
      </w:r>
    </w:p>
    <w:p w:rsidR="006703E7" w:rsidRDefault="00222C4D">
      <w:r>
        <w:t>6 Przedszkole/oddział przedszkolny wskazane/-y we wniosku jest najbliżej położone/-y od miejsca zamieszkania kandydata 3 Kryterium weryfikowane na podstawie danych o miejscu zamieszkania kandydata zawartych we wniosku o przyjęcie do publicznego przedszkola, oddziału przedszkolnego przy szkole podstawowej prowadzonej przez Gminę Pasłęk</w:t>
      </w:r>
      <w:r w:rsidR="00294705">
        <w:t>.</w:t>
      </w:r>
      <w:r w:rsidR="008630AF">
        <w:t>5</w:t>
      </w:r>
      <w:bookmarkStart w:id="0" w:name="_GoBack"/>
      <w:bookmarkEnd w:id="0"/>
    </w:p>
    <w:p w:rsidR="006703E7" w:rsidRDefault="00222C4D">
      <w:r>
        <w:t>Do wniosku dołączam dokumenty niezbędne do potwierdzenia spełniania kryterium/kryteriów wymienionego/wymienionych w punkcie/punktach w/w tabeli: ………........</w:t>
      </w:r>
    </w:p>
    <w:p w:rsidR="006703E7" w:rsidRDefault="00222C4D">
      <w:r>
        <w:t>Oświadczenia wnioskodawcy</w:t>
      </w:r>
      <w:r w:rsidR="00294705">
        <w:t>:</w:t>
      </w:r>
    </w:p>
    <w:p w:rsidR="006703E7" w:rsidRDefault="00222C4D">
      <w:r>
        <w:t>• Oświadczam, pod rygorem odpowiedzialności karnej, że podane we wniosku oraz załącznikach do wniosku dane są zgodne z aktualnym stanem faktycznym.</w:t>
      </w:r>
    </w:p>
    <w:p w:rsidR="006703E7" w:rsidRDefault="00222C4D">
      <w:r>
        <w:t>• "Jestem świadomy/-a odpowiedzialności karnej za złożenie fałszywego oświadczenia".</w:t>
      </w:r>
    </w:p>
    <w:p w:rsidR="006703E7" w:rsidRDefault="00222C4D">
      <w:r>
        <w:t>• Wyrażam zgodę na przetwarzanie danych osobowych zawartych w niniejszym wniosku i załącznikach do wniosku dla potrzeb związanych z postępowaniem rekrutacyjnym zgodnie z wnioskiem oraz zgodnie z przepisami ustawy z dnia 29.08.1997 r. o ochronie danych osobowych (Dz.U. z 2014, poz. 1182 z późn. zm.).</w:t>
      </w:r>
    </w:p>
    <w:p w:rsidR="006703E7" w:rsidRDefault="00222C4D">
      <w:r>
        <w:t>…………………………………… …………………………………………...…..............................</w:t>
      </w:r>
    </w:p>
    <w:p w:rsidR="006703E7" w:rsidRDefault="00222C4D">
      <w:r>
        <w:t>Data wypełnienia wniosku Czytelny podpis wnioskodawcy składającego ww. oświadczenia</w:t>
      </w:r>
    </w:p>
    <w:p w:rsidR="006703E7" w:rsidRDefault="00222C4D">
      <w:r>
        <w:t>Pouczenie</w:t>
      </w:r>
    </w:p>
    <w:p w:rsidR="006703E7" w:rsidRDefault="00222C4D">
      <w:r>
        <w:t>1. Dane osobowe zawarte w niniejszym wniosku i załącznikach do wniosku będą wykorzystywane wyłącznie dla potrzeb związanych z postępowaniem rekrutacyjnym, prowadzonym na podstawie ustawy z dnia 7 września 1991 r. o systemie oświaty (Dz. U. z 2004 r. Nr 256, poz. 2572 z późn. zm.).</w:t>
      </w:r>
    </w:p>
    <w:p w:rsidR="006703E7" w:rsidRDefault="00222C4D">
      <w:r>
        <w:t>2. Administratorem danych osobowych zawartych we wniosku oraz załącznikach do wniosku są dyrektorzy przedszkoli, oddziałów przedszkolnych przy szkole wskazanych w II części wniosku</w:t>
      </w:r>
    </w:p>
    <w:p w:rsidR="006703E7" w:rsidRDefault="00222C4D">
      <w:r>
        <w:lastRenderedPageBreak/>
        <w:t>………………………….. …………………………………………...…............................ Data wypełnienia Czytelny podpis wnioskodawców – rodziców kandydata</w:t>
      </w:r>
    </w:p>
    <w:p w:rsidR="006703E7" w:rsidRDefault="00222C4D">
      <w:r>
        <w:t>Załącznik 5</w:t>
      </w:r>
    </w:p>
    <w:p w:rsidR="006703E7" w:rsidRDefault="00222C4D">
      <w:r>
        <w:t>….............................. Pasłęk, dnia............................</w:t>
      </w:r>
    </w:p>
    <w:p w:rsidR="006703E7" w:rsidRDefault="00222C4D">
      <w:r>
        <w:t>Imię i nazwisko rodzica/opiekuna</w:t>
      </w:r>
    </w:p>
    <w:p w:rsidR="006703E7" w:rsidRDefault="00222C4D">
      <w:r>
        <w:t>…................................................</w:t>
      </w:r>
    </w:p>
    <w:p w:rsidR="006703E7" w:rsidRDefault="00222C4D">
      <w:r>
        <w:t>Adres do korespondencji</w:t>
      </w:r>
    </w:p>
    <w:p w:rsidR="006703E7" w:rsidRDefault="00222C4D">
      <w:r>
        <w:t>…...............................................</w:t>
      </w:r>
    </w:p>
    <w:p w:rsidR="006703E7" w:rsidRDefault="00222C4D">
      <w:r>
        <w:t>Telefon mamy…………………</w:t>
      </w:r>
    </w:p>
    <w:p w:rsidR="006703E7" w:rsidRDefault="00222C4D">
      <w:r>
        <w:t>Telefon taty…………………...</w:t>
      </w:r>
    </w:p>
    <w:p w:rsidR="006703E7" w:rsidRDefault="00222C4D">
      <w:r>
        <w:t>Telefon opiekuna prawnego………………………………</w:t>
      </w:r>
    </w:p>
    <w:p w:rsidR="006703E7" w:rsidRDefault="00222C4D">
      <w:r>
        <w:t>Dyrektor</w:t>
      </w:r>
    </w:p>
    <w:p w:rsidR="006703E7" w:rsidRDefault="00222C4D">
      <w:r>
        <w:t>Przedszkola Samorządowego Nr 2</w:t>
      </w:r>
    </w:p>
    <w:p w:rsidR="006703E7" w:rsidRDefault="00222C4D">
      <w:r>
        <w:t>w Pasłęku</w:t>
      </w:r>
    </w:p>
    <w:p w:rsidR="006703E7" w:rsidRDefault="00222C4D">
      <w:r>
        <w:t>OŚWIADCZENIE</w:t>
      </w:r>
    </w:p>
    <w:p w:rsidR="006703E7" w:rsidRDefault="00222C4D">
      <w:r>
        <w:t>Deklaruję, że mój syn/moja córka</w:t>
      </w:r>
    </w:p>
    <w:p w:rsidR="006703E7" w:rsidRDefault="00222C4D">
      <w:r>
        <w:t>…...........................................................................................................................</w:t>
      </w:r>
    </w:p>
    <w:p w:rsidR="006703E7" w:rsidRDefault="00222C4D">
      <w:r>
        <w:t>Imię i nazwisko dziecka</w:t>
      </w:r>
    </w:p>
    <w:p w:rsidR="006703E7" w:rsidRDefault="00222C4D">
      <w:r>
        <w:t>PESEL……………………………..</w:t>
      </w:r>
    </w:p>
    <w:p w:rsidR="006703E7" w:rsidRDefault="00222C4D">
      <w:r>
        <w:t>Urodzone…………………………..</w:t>
      </w:r>
    </w:p>
    <w:p w:rsidR="006703E7" w:rsidRDefault="00222C4D">
      <w:r>
        <w:t>Od 1 września …………….:</w:t>
      </w:r>
    </w:p>
    <w:p w:rsidR="006703E7" w:rsidRDefault="00222C4D">
      <w:r>
        <w:t>1 ) korzystać będzie z opieki w Przedszkolu Samorządowym Nr 2 w Pasłęku</w:t>
      </w:r>
    </w:p>
    <w:p w:rsidR="006703E7" w:rsidRDefault="00222C4D">
      <w:r>
        <w:t>w godzinach od................. do.....................</w:t>
      </w:r>
    </w:p>
    <w:p w:rsidR="006703E7" w:rsidRDefault="00222C4D">
      <w:r>
        <w:t>w tym. …........ godziny ponad czas przeznaczony na realizację podstawy programowej</w:t>
      </w:r>
    </w:p>
    <w:p w:rsidR="006703E7" w:rsidRDefault="00222C4D">
      <w:r>
        <w:t>2 ) z wyżywienia w liczbie ….... posiłków dziennie tj. śniadanie, zupa, obiad, podwieczorek</w:t>
      </w:r>
    </w:p>
    <w:p w:rsidR="006703E7" w:rsidRDefault="00222C4D">
      <w:r>
        <w:t>( niepotrzebne skreślić).</w:t>
      </w:r>
    </w:p>
    <w:p w:rsidR="006703E7" w:rsidRDefault="00222C4D">
      <w:r>
        <w:t>Podpis obojga rodziców/opiekunów</w:t>
      </w:r>
    </w:p>
    <w:p w:rsidR="006703E7" w:rsidRDefault="00222C4D">
      <w:r>
        <w:t>Zgoda na przetwarzanie danych osobowych</w:t>
      </w:r>
    </w:p>
    <w:p w:rsidR="006703E7" w:rsidRDefault="00222C4D">
      <w:r>
        <w:t>Zgodnie z art.23 Ustawy z dnia 29 sierpnia 1997 roku o Ochronie Danych Osobowych (Dz. U. 2016 poz. 922 ze zmian.) wyrażam zgodę na przetwarzanie moich oraz dziecka danych osobowych w celu organizacji pracy</w:t>
      </w:r>
      <w:r w:rsidR="00F41679">
        <w:t xml:space="preserve"> </w:t>
      </w:r>
      <w:r>
        <w:t>w Przedszkolu Samorządowego nr 2w Pasłęku.</w:t>
      </w:r>
    </w:p>
    <w:p w:rsidR="006703E7" w:rsidRDefault="00222C4D">
      <w:r>
        <w:t>Administratorem Danych Osobowych jest Przedszkole Samorządowe nr 2 w Pasłęku, 14-400 Pasłęk, ul. Gdańska 17. Dane podaję dobrowolnie i jestem świadoma/y, że przysługuje mi prawo dostępu do ich treści oraz do wnoszenia w ich treść zmian.</w:t>
      </w:r>
    </w:p>
    <w:p w:rsidR="006703E7" w:rsidRDefault="00222C4D">
      <w:r>
        <w:t>……………………………………………………………..</w:t>
      </w:r>
    </w:p>
    <w:p w:rsidR="006703E7" w:rsidRDefault="00222C4D">
      <w:r>
        <w:t>data i podpis</w:t>
      </w:r>
    </w:p>
    <w:p w:rsidR="006703E7" w:rsidRDefault="00222C4D">
      <w:pPr>
        <w:pStyle w:val="Nagwek2"/>
      </w:pPr>
      <w:r>
        <w:lastRenderedPageBreak/>
        <w:t>POSTANOWIENIA UZUPEŁNIAJĄCE – AKTUALIZACJA 2026</w:t>
      </w:r>
    </w:p>
    <w:p w:rsidR="006703E7" w:rsidRDefault="00222C4D">
      <w:r>
        <w:t>1. Wychowanie przedszkolne od 1 września 2026 r. jest realizowane zgodnie z nową podstawą programową, ze szczególnym uwzględnieniem wszechstronnego rozwoju dziecka, jego dobrostanu, aktywności poznawczej, edukacji włączającej, sprawczości, kompetencji językowych, matematycznych, cyfrowych, ruchowych, społecznych i osobistych oraz współpracy z rodziną.</w:t>
      </w:r>
    </w:p>
    <w:p w:rsidR="006703E7" w:rsidRDefault="00222C4D">
      <w:r>
        <w:t>2. Organizując proces wychowania, kształcenia i opieki, przedszkole uwzględnia zróżnicowane potrzeby rozwojowe dzieci, indywidualizację pracy, zasady edukacji włączającej oraz – w miarę potrzeb – racjonalne usprawnienia i rozwiązania wspierające pełne uczestnictwo dziecka w życiu grupy.</w:t>
      </w:r>
    </w:p>
    <w:p w:rsidR="006703E7" w:rsidRDefault="00222C4D">
      <w:r>
        <w:t>3. Przedszkole zapewnia dziecku warunki sprzyjające dobrostanowi, odpoczynkowi, zabawie, aktywności ruchowej, samodzielnej eksploracji oraz uczeniu się w działaniu i we współpracy z innymi.</w:t>
      </w:r>
    </w:p>
    <w:p w:rsidR="006703E7" w:rsidRDefault="00222C4D">
      <w:r>
        <w:t>4. Korzystanie z technologii cyfrowych odbywa się w sposób celowy, bezpieczny, dostosowany do wieku i potrzeb dzieci, z uwzględnieniem ochrony prywatności, danych osobowych i wizerunku dziecka.</w:t>
      </w:r>
    </w:p>
    <w:p w:rsidR="006703E7" w:rsidRDefault="00222C4D">
      <w:r>
        <w:t>5. Dokumentacja przebiegu nauczania, wychowania i opieki oraz dokumentacja pomocy psychologiczno-pedagogicznej jest prowadzona i przechowywana zgodnie z przepisami prawa, z zachowaniem zasad ochrony danych osobowych.</w:t>
      </w:r>
    </w:p>
    <w:p w:rsidR="006703E7" w:rsidRDefault="00222C4D">
      <w:r>
        <w:t>6. Przedszkole współpracuje z rodzicami na zasadzie partnerstwa, respektując ich pierwszoplanową rolę w wychowaniu dziecka, a jednocześnie wykonując obowiązki ustawowe w zakresie bezpieczeństwa, edukacji i ochrony małoletnich.</w:t>
      </w:r>
    </w:p>
    <w:p w:rsidR="006703E7" w:rsidRDefault="00222C4D">
      <w:r>
        <w:t>7. W przypadku dziecka posiadającego orzeczenie o potrzebie kształcenia specjalnego przedszkole zapewnia realizację zaleceń orzeczenia, opracowanie i realizację indywidualnego programu edukacyjno-terapeutycznego oraz pracę zespołu zgodnie z odrębnymi przepisami.</w:t>
      </w:r>
    </w:p>
    <w:p w:rsidR="006703E7" w:rsidRDefault="00222C4D">
      <w:r>
        <w:t>8. Pomoc psychologiczno-pedagogiczna jest udzielana dziecku, rodzicom i nauczycielom w formach wynikających z przepisów; jej organizację koordynuje dyrektor, a nauczyciele i specjaliści współpracują przy rozpoznawaniu potrzeb i planowaniu wsparcia.</w:t>
      </w:r>
    </w:p>
    <w:p w:rsidR="006703E7" w:rsidRDefault="00222C4D">
      <w:r>
        <w:t>9. W przypadku podejrzenia krzywdzenia dziecka albo uzyskania informacji o zagrożeniu jego dobra pracownicy przedszkola podejmują działania określone w Standardach Ochrony Małoletnich i obowiązujących przepisach, w tym zawiadamiają właściwe osoby lub organy, jeżeli wymagają tego okoliczności.</w:t>
      </w:r>
    </w:p>
    <w:p w:rsidR="006703E7" w:rsidRDefault="00222C4D">
      <w:r>
        <w:t>10. Zasady organizacji spacerów, wycieczek, wyjść i innych zajęć poza terenem przedszkola muszą zapewniać stałą opiekę, odpowiednią liczbę opiekunów, znajomość zasad bezpieczeństwa i realizację procedur obowiązujących w placówce.</w:t>
      </w:r>
    </w:p>
    <w:p w:rsidR="006703E7" w:rsidRDefault="00222C4D">
      <w:r>
        <w:t>11. W razie wypadku dziecka przedszkole zapewnia niezwłoczną pomoc, zawiadamia rodziców oraz realizuje obowiązki wynikające z przepisów dotyczących bezpieczeństwa i higieny w publicznych szkołach i placówkach.</w:t>
      </w:r>
    </w:p>
    <w:p w:rsidR="006703E7" w:rsidRDefault="00222C4D">
      <w:r>
        <w:t>12. W razie sprzeczności postanowienia Statutu z bezwzględnie obowiązującym przepisem prawa stosuje się przepis prawa, a Rada Pedagogiczna dokonuje odpowiedniej zmiany Statutu.</w:t>
      </w:r>
    </w:p>
    <w:sectPr w:rsidR="006703E7" w:rsidSect="00034616">
      <w:pgSz w:w="12240" w:h="15840"/>
      <w:pgMar w:top="1247" w:right="1304" w:bottom="1191"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65FBF"/>
    <w:rsid w:val="000C3720"/>
    <w:rsid w:val="00145536"/>
    <w:rsid w:val="001464E1"/>
    <w:rsid w:val="0015074B"/>
    <w:rsid w:val="00222C4D"/>
    <w:rsid w:val="00236AA1"/>
    <w:rsid w:val="00294705"/>
    <w:rsid w:val="0029639D"/>
    <w:rsid w:val="002D674C"/>
    <w:rsid w:val="00307704"/>
    <w:rsid w:val="00326F90"/>
    <w:rsid w:val="0034064D"/>
    <w:rsid w:val="003E4DD4"/>
    <w:rsid w:val="00472F2B"/>
    <w:rsid w:val="005A6F77"/>
    <w:rsid w:val="005F556C"/>
    <w:rsid w:val="006163D5"/>
    <w:rsid w:val="006703E7"/>
    <w:rsid w:val="006A7B60"/>
    <w:rsid w:val="006F2D8E"/>
    <w:rsid w:val="00736729"/>
    <w:rsid w:val="007A772E"/>
    <w:rsid w:val="007E0032"/>
    <w:rsid w:val="007E0A34"/>
    <w:rsid w:val="007E6B08"/>
    <w:rsid w:val="00804FE8"/>
    <w:rsid w:val="0083329F"/>
    <w:rsid w:val="008630AF"/>
    <w:rsid w:val="00973339"/>
    <w:rsid w:val="009B4E00"/>
    <w:rsid w:val="00A327A3"/>
    <w:rsid w:val="00A435E1"/>
    <w:rsid w:val="00AA1D8D"/>
    <w:rsid w:val="00B47730"/>
    <w:rsid w:val="00BC20DA"/>
    <w:rsid w:val="00C16019"/>
    <w:rsid w:val="00C74680"/>
    <w:rsid w:val="00CB0664"/>
    <w:rsid w:val="00CD6D89"/>
    <w:rsid w:val="00CF6E10"/>
    <w:rsid w:val="00D56220"/>
    <w:rsid w:val="00E5281E"/>
    <w:rsid w:val="00E753B6"/>
    <w:rsid w:val="00EB0FBE"/>
    <w:rsid w:val="00F05521"/>
    <w:rsid w:val="00F2558D"/>
    <w:rsid w:val="00F41679"/>
    <w:rsid w:val="00F647EF"/>
    <w:rsid w:val="00F94443"/>
    <w:rsid w:val="00FA77AA"/>
    <w:rsid w:val="00FC693F"/>
    <w:rsid w:val="00FE67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693F"/>
    <w:pPr>
      <w:spacing w:after="100" w:line="278" w:lineRule="auto"/>
    </w:pPr>
    <w:rPr>
      <w:rFonts w:ascii="Arial" w:hAnsi="Arial"/>
      <w:sz w:val="20"/>
    </w:rPr>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693F"/>
    <w:pPr>
      <w:spacing w:after="100" w:line="278" w:lineRule="auto"/>
    </w:pPr>
    <w:rPr>
      <w:rFonts w:ascii="Arial" w:hAnsi="Arial"/>
      <w:sz w:val="20"/>
    </w:rPr>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D87C0-7AE4-4AEA-A39D-5359C188B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Pages>
  <Words>19407</Words>
  <Characters>116448</Characters>
  <Application>Microsoft Office Word</Application>
  <DocSecurity>0</DocSecurity>
  <Lines>970</Lines>
  <Paragraphs>271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135584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Marcela</cp:lastModifiedBy>
  <cp:revision>38</cp:revision>
  <dcterms:created xsi:type="dcterms:W3CDTF">2026-10-07T10:04:00Z</dcterms:created>
  <dcterms:modified xsi:type="dcterms:W3CDTF">2026-10-22T11:47:00Z</dcterms:modified>
</cp:coreProperties>
</file>